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абзац первый части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2673; № 31, ст. 4742) изменение, дополнив его после слова "(надзора)" словами ", муниципального контроля".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