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 53, ст. 5015; 2002, № 22, ст. 2026; № 30, ст. 3027; 2003, № 1, ст. 6, 10; № 22, ст. 2066; № 28, ст. 2886; 2004, № 27, ст. 2711; № 34, ст. 3517; № 35, ст. 3607; № 45, ст. 4377; № 49, ст. 4840; 2005, № 1, ст. 9; № 30, ст. 3101, 3118, 3128, 3129, 3130; № 52, ст. 5581; 2006, № 3, ст. 280; № 10, ст. 1065; № 23, ст. 2382; № 31, ст. 3433, 3436; 2007, № 22, ст. 3564; № 23, ст. 2691; № 45, ст. 5417, 5432; 2008, № 26, ст. 3022; № 48, ст. 5519; № 49, ст. 5749; 2009, № 48, ст. 5731, 5732; № 51, ст. 6155; № 52, ст. 6444; 2010, № 15, ст. 1746; № 31, ст. 4198; № 40, ст. 4969; № 45, ст. 5750; № 48, ст. 6247, 6250; 2011, № 30, ст. 4566, 4593; № 45, ст. 6335; № 48, ст. 6731; № 49, ст. 7016, 7017, 7043; 2012, № 27, ст. 3588; № 41, ст. 5526; № 49, ст. 6751; № 53, ст. 7584; 2013, № 23, ст. 2866; № 30, ст. 4049; № 40, ст. 5038, 5039; № 48, ст. 6165; 2014, № 16, ст. 1838; № 23, ст. 2936; № 48, ст. 6647, 6660, 6663; 2015, № 1, ст. 5; № 14, ст. 2023; № 24, ст. 3377; № 27, ст. 3969; № 48, ст. 6689; 2016, № 1, ст. 6; № 15, ст. 2063; № 22, ст. 3098; № 26, ст. 3856; № 27, ст. 4158, 4181; № 49, ст. 6844, 6851; № 52, ст. 7497; 2017, № 1, ст. 16; № 11, ст. 1534; Официальный интернет-портал правовой информации (www.pravo.gov.ru), 14 ноября 2017 года, № 0001201711140078) следующие изменения: 1) пункт 1 статьи 164 дополнить подпунктом 42 следующего содержания: "42) услуг по внутренним воздушным перевозкам пассажиров и багажа при условии, что пункт отправления или пункт назначения пассажиров и багажа расположен на территории Калининградской области;"; 2) в статье 165: а) дополнить пунктом 62 следующего содержания: "62. При реализации услуг, предусмотренных подпунктом 42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 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 б) в пункте 15: абзац первый после цифр "41," дополнить цифрами "42,"; абзац девятый после цифр "61" дополнить цифрами ", 62"; абзац двенадцатый после цифр "61" дополнить цифрами ", 62"; 3) пункт 1 статьи 183 дополнить подпунктами 41 и 42 следующего содержания: "41)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территории Российской Федерации в соответствии с таможенной процедурой реэкспорта. Освобождение указанных операций от налогообложения производится в соответствии со статьей 184 настоящего Кодекса; 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Федерации в соответствии с таможенной процедурой реэкспорта. Освобождение указанных операций от налогообложения производится в соответствии со статьей 184 настоящего Кодекса."; 4) в статье 184: а) пункт 1 признать утратившим силу; б) в пункте 2: в абзаце первом слова "подпунктом 4" заменить словами "подпунктами 4, 41, 42"; в абзаце третьем слова "пунктами 7 и 71" заменить словами "пунктами 7, 71, 72"; абзац четвертый изложить в следующей редакции: "сумма, на которую выдана банковская гарантия,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41, 42 пункта 1 статьи 183 настоящего Кодекса;"; в абзаце пятом слова "подпунктом 4" заменить словами "подпунктами 4, 41, 42"; абзац шестой изложить в следующей редакции: "Налоговый орган обязан уведомить банк, выдавший банковскую гарантию в целях освобождения от уплаты акциза при совершении операций, указанных в подпунктах 4, 41, 42 пункта 1 статьи 183 настоящего Кодекса, об освобождении от обязательств по этой гарантии в случаях:"; в абзаце седьмом слова "пунктами 7 и 71" заменить словами "пунктами 7, 71, 72"; в) в абзаце первом пункта 21 слова "подпунктом 4" заменить словами "подпунктами 4, 41, 42"; г) в пункте 22: в абзаце первом слова "подпунктом 4" заменить словами "подпунктами 4, 41, 42"; в абзаце третьем слова "пунктами 7 и 71" заменить словами "пунктами 7, 71, 72"; абзац четвертый изложить в следующей редакции: "сумма, на которую заключен договор поручительства,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41, 42 пункта 1 статьи 183 настоящего Кодекса;"; в абзаце пятом слова "подпунктом 4" заменить словами "подпунктами 4, 41, 42"; д) в пункте 3: абзац первый дополнить словами "или реэкспорта"; в абзаце втором слова "объемах реализации" заменить словом "объемах"; абзац третий изложить в следующей редакции: "В налоговой декларации по акцизам за налоговый период, в котором налогоплательщиком представлены в налоговый орган документы, предусмотренные пунктами 7 и 72 статьи 198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ранее на основании банковской гарантии и (или) договора поручительства было предоставлено освобождение от уплаты акциза:"; в абзаце четвертом слово "реализованных" исключить, слова "пунктом 7" заменить словами "пунктами 7 и 72"; абзац восьмой после слова "реализации" дополнить словом "(передачи)"; 5) в пункте 1 статьи 185: а) подпункт 1 дополнить словами ", если иное не предусмотрено подпунктом 11 настоящего пункта"; б) дополнить подпунктом 11 следующего содержания: "11)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абзацем третьим настоящего подпункта. Порядок налогообложения, предусмотренный абзацем первым настоящего подпункта, вправе применять налогоплательщики - производители подакцизных товаров, указанных в подпунктах 6 и 61 пункта 1 статьи 181 настоящего Кодекса, в отношении указанных товаров,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 Суммы акциза,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сроки, предусмотренные пунктом 3 статьи 204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этими налогоплательщиками для осуществления операций, признаваемых объектами налогообложения в соответствии с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по акцизам, в которой отражены соответствующие операции. Сведения о сумме исчисленного акциза,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акциза,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совместно с федеральным органом исполнительной власти, уполномоченным по контролю и надзору в области таможенного дела;"; 6) в статье 198: а) в пункте 3 слова "При реализации подакцизных товаров, операции по реализации которых" заменить словами "При совершении операций с подакцизными товарами, которые"; б) дополнить пунктом 72 следующего содержания: "72.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пунктами 2, 21, 22 статьи 184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пунктами 2 и 22 статьи 184 настоящего Кодекса, в налоговый орган по месту учета налогоплательщика представляются следующие документы: 1) контракт (копия контракта) налогоплательщика с иностранным лицом на поставку подакцизных товаров за пределы таможенной территории Евразийского экономического союза или контракт (копия контракта) налогоплательщика с иностранным лицом, в соответствии с которым осуществляется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 В случае, если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указанные операции по поручению налогоплательщика (в соответствии с договором комиссии, договором поручения либо агентским договором), с контрагентом; 2) таможенные декларации (их копии), свидетельствующие о помещении под таможенную процедуру реэкспорта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операций по переработке товаров, помещенных под таможенную процедуру переработки на таможенной территории. При вывозе нефтепродуктов в таможенной процедуре реэкспорта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 При вывозе нефтепродуктов в таможенной процедуре реэкспорта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 3) копии транспортных, товаросопроводительных и (или) иных документов с отметками российских таможенных органов места убытия, за исключением вывоза нефтепродуктов в таможенной процедуре реэкспорта через границу Российской Федерации. При вывозе нефтепродуктов в таможенной процедуре реэкспорта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копии следующих документов: поручение на отгрузку реэкспортируемых нефтепродуктов с указанием порта разгрузки с отметкой "Погрузка разрешена" российского таможенного органа места убытия; коносамент на перевозку реэкспортируемых нефтепродуктов, в котором в графе "Порт разгрузки" указано место, находящееся за пределами территории Российской Федерации. Копии транспортных, товаросопроводительных и (или) иных документов, подтверждающих вывоз нефтепродуктов за пределы территории Российской Федерации, могут не представляться в случае вывоза нефтепродуктов в таможенной процедуре реэкспорта трубопроводным транспортом. При вывозе нефтепродуктов в таможенной процедуре реэкспорта в железнодорожных цистернах для подтверждения вывоза товаров за пределы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территории Российской Федерации, с отметками пограничного таможенного органа. При вывозе товаров в таможенной процедуре реэкспорта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представляются копии транспортных и товаросопроводительных документов с отметками российского таможенного органа, производившего таможенное оформление указанного вывоза товаров. Указанные в настоящем пункте документы представляются в налоговые органы налогоплательщиками, представившими банковскую гарантию, предусмотренную пунктом 2 статьи 184 настоящего Кодекса, налогоплательщиками, соответствующими критериям, установленным пунктом 21 статьи 184 настоящего Кодекса, а также налогоплательщиками, обязанность которых по уплате акциза обеспечена поручительством в соответствии с пунктом 22 статьи 184 настоящего Кодекса, - в течение шести месяцев с даты представления в налоговый орган 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статьей 195 настоящего Кодекса. При непредставлении или представлении в неполном объеме в налоговый орган указанных в настоящем пункте документов, подтверждающих факт вывоза подакцизных товаров за пределы территории Российской Федерации в соответствии с таможенной процедурой реэкспорта,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 Если впоследствии налогоплательщик представит в налоговые органы документы (их копии), обосновывающие освобождение от налогообложения операций, указанных в подпунктах 41 и 42 пункта 1 статьи 183 настоящего Кодекса, уплаченные суммы акциза подлежат возмещению налогоплательщику в порядке и на условиях, которые предусмотрены пунктом 4 статьи 203 настоящего Кодекса."; в) в пункте 10: в абзаце первом слова "предусмотренных подпунктом 3 пункта 7" заменить словами "предусмотренных подпунктом 3 пункта 7, подпунктом 2 пункта 72", слова "предусмотренных подпунктами 3 и 4 пункта 7" заменить словами "предусмотренных подпунктами 3 и 4 пункта 7, подпунктами 2 и 3 пункта 72"; в абзаце пятом слова "предусмотренным пунктом 7" заменить словами "предусмотренным пунктами 7 и 72"; в абзаце шестом слова "указанные в пункте 7" заменить словами "указанные в пунктах 7 и 72", слова "требованиям пункта 7" заменить словами "требованиям пункта 7 или пункта 72"; г) в абзаце первом пункта 11 слова "в соответствии с пунктом 7" заменить словами "в соответствии с пунктами 7 и 72"; 7) статью 200 дополнить пунктом 26 следующего содержания: "26. Вычетам подлежат суммы акциза, исчисленные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 Право на указанные налоговые вычеты имеют налогоплательщики - производители подакцизных товаров, указанных в подпунктах 6 и 61 пункта 1 статьи 181 настоящего Кодекса, в отношении указанных товаров, которые на дату выпуска указанных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 8) статью 201 дополнить пунктом 27 следующего содержания: "27. Налоговые вычеты, предусмотренные пунктом 26 статьи 200 настоящего Кодекса, производятся в налоговом периоде, в котором подакцизные товары, в отношении которых применяется налоговый вычет, использованы налогоплательщиком для осуществления операций, признаваемых объектами налогообложения и подлежащих налогообложению в соответствии с настоящей главой, на основании представленной налогоплательщиком в налоговые органы налоговой декларации по акцизам."; 9) в пункте 4 статьи 203: а) абзац второй изложить в следующей редакции: "суммы акциза, исчисленные по операциям, указанным в подпунктах 4, 41 и 42 пункта 1 статьи 183 настоящего Кодекса, и уплаченные налогоплательщиком вследствие отсутствия банковской гарантии или договора поручительства, предусмотренных пунктами 2 и 22 статьи 184 настоящего Кодекса;"; б) абзац третий после слов "в соответствии с таможенной процедурой экспорта" дополнить словами "или реэкспорта"; в) абзац четвертый изложить в следующей редакции: "Возмещение указанных сумм из бюджета осуществляется на основании документов, предусмотренных пунктами 7 и 72 статьи 198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уплаченная налогоплательщиком при совершении операций, предусмотренных пунктами 4, 41 и 42 пункта 1 статьи 183 настоящего Кодекса, заявленная к возмещению."; г) абзац восемнадцатый изложить в следующей редакции: "В налоговой декларации по акцизам, представляемой за налоговый период, в котором налогоплательщиком представлены в налоговый орган документы, предусмотренные пунктами 7 и 72 статьи 198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акциз заявлен к возмещению из бюджета:"; д) в абзаце девятнадцатом слово "экспорта" заменить словом "вывоза"; е) абзац двадцать первый после слова "реализации" дополнить словом "(передачи)", после слова "экспорт" дополнить словами "или реэкспорт"; ж) абзац двадцать второй изложить в следующей редакции: "номер и дата соответствующего контракта, указанного в подпункте 1 пункта 7 или пункте 72 статьи 198 настоящего Кодекса."; 10) в статье 2881: а) в пункте 2 слова "федеральным законом об Особой экономической зоне в Калининградской области" заменить словами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(далее - Федеральный закон "Об Особой экономической зоне в Калининградской области и о внесении изменений в некоторые законодательные акты Российской Федерации")"; б) в пункте 3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в) в пункте 4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г) в пункте 5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д) в пункте 51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е) пункты 6 и 7 изложить в следующей редакции: "6.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r>
        <w:rPr>
          <w:b/>
        </w:rPr>
        <w:t xml:space="preserve">7. </w:t>
      </w:r>
      <w:r>
        <w:t>В течение следующих шести налоговых периодов после дня окончания применения налоговой ставки, установленной пунктом 6 настоящей статьи,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пунктом 1 статьи 284 настоящего Кодекса и уменьшенную на 50 процентов. При этом</w:t>
      </w:r>
    </w:p>
    <w:p>
      <w:r>
        <w:rPr>
          <w:b/>
        </w:rPr>
        <w:t xml:space="preserve">72. </w:t>
      </w:r>
      <w:r>
        <w:t>Для юридических лиц, включенных в единый реестр резидентов Особой экономической зоны в Калининградской области до 1 января 2018 года, налоговая ставка, установленная пунктом 6 настоящей статьи, применяется со дня включения юридического лица в единый реестр резидентов Особой экономической зоны в Калининградской области и до окончания шести налоговых периодов, считая с 1 января года, следующего за годом включения юридического лица в единый реестр резидентов Особой экономической зоны в Калининградской области."; з) в пункте 9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 в абзаце втором пункта 10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 </w:t>
      </w:r>
      <w:r>
        <w:t>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абзацем вторым пункта 1 статьи 284 настоящего Кодекса, зачисляется в федеральный бюджет</w:t>
      </w:r>
    </w:p>
    <w:p>
      <w:r>
        <w:rPr>
          <w:b/>
        </w:rPr>
        <w:t xml:space="preserve">7. </w:t>
      </w:r>
      <w:r>
        <w:t>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абзацем третьим пункта 1 статьи 284 настоящего Кодекса, зачисляется в бюджет Калининградской области.";</w:t>
      </w:r>
    </w:p>
    <w:p>
      <w:r>
        <w:rPr>
          <w:b/>
        </w:rPr>
        <w:t xml:space="preserve">7. </w:t>
      </w:r>
      <w:r>
        <w:t>дополнить пунктами 71 и 72 следующего содержания: "71. В случае, если юридическое лицо, включенное в единый реестр резидентов Особой экономической зоны в Калининградской области после 1 января 2018 года, не получило прибыль от реализации инвестиционного проекта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в течение трех налоговых периодов начиная с налогового периода, в котором такой налогоплательщик был включен в единый реестр резидентов Особой экономической зоны в Калининградской области, срок, предусмотренный пунктом 6 настоящей статьи, начинает исчисляться с четвертого налогового периода, считая с того налогового периода, в котором резидент был включен в единый реестр резидентов Особой экономической зоны в Калининградской области</w:t>
      </w:r>
    </w:p>
    <w:p>
      <w:r>
        <w:rPr>
          <w:b/>
        </w:rPr>
        <w:t xml:space="preserve">72. </w:t>
      </w:r>
      <w:r>
        <w:t>в статье 3851:</w:t>
      </w:r>
    </w:p>
    <w:p>
      <w:r>
        <w:rPr>
          <w:b/>
        </w:rPr>
        <w:t xml:space="preserve">72. </w:t>
      </w:r>
      <w:r>
        <w:t>в статье 395:</w:t>
      </w:r>
    </w:p>
    <w:p>
      <w:r>
        <w:rPr>
          <w:b/>
        </w:rPr>
        <w:t xml:space="preserve">72. </w:t>
      </w:r>
      <w:r>
        <w:t>в статье 427:</w:t>
      </w:r>
    </w:p>
    <w:p>
      <w:r>
        <w:rPr>
          <w:b/>
        </w:rPr>
        <w:t xml:space="preserve">72. </w:t>
      </w:r>
      <w:r>
        <w:t>пониженные тарифы применяются плательщиками, включенными в единый реестр резидентов Особой экономической зоны в Калининградской области (далее в настоящем пункте - реестр) в период с 1 января 2018 года по 31 декабря 2022 года включительно</w:t>
      </w:r>
    </w:p>
    <w:p>
      <w:r>
        <w:rPr>
          <w:b/>
        </w:rPr>
        <w:t xml:space="preserve">72. </w:t>
      </w:r>
      <w:r>
        <w:t>пониженные тарифы применяются плательщиками в течение семи лет начиная с 1-го числа месяца, следующего за месяцем, в котором такой плательщик был включен в реестр, если иное не предусмотрено подпунктом 3 настоящего пункта</w:t>
      </w:r>
    </w:p>
    <w:p>
      <w:r>
        <w:rPr>
          <w:b/>
        </w:rPr>
        <w:t xml:space="preserve">72. </w:t>
      </w:r>
      <w:r>
        <w:t>предельный срок применения пониженных тарифов для плательщиков устанавливается до 31 декабря 2025 года</w:t>
      </w:r>
    </w:p>
    <w:p>
      <w:r>
        <w:rPr>
          <w:b/>
        </w:rPr>
        <w:t xml:space="preserve">72. </w:t>
      </w:r>
      <w:r>
        <w:t>в случае исключения плательщиков из реестра пониженные тарифы не применяются с 1-го числа месяца, следующего за месяцем, в котором плательщики были исключены из реестра</w:t>
      </w:r>
    </w:p>
    <w:p>
      <w:r>
        <w:rPr>
          <w:b/>
        </w:rPr>
        <w:t xml:space="preserve">72. </w:t>
      </w:r>
      <w:r>
        <w:t>пониженные тарифы применяются плательщиками исключительно в отношении базы для исчисления страховых взносов, определенной в отношении физических лиц, занятых на новых рабочих местах. В целях применения настоящего подпункта под новым рабочим местом понимается место, впервые создаваемое организациями, включенными в реестр, при реализации инвестиционного проекта на территории Особой экономической зоны в Калининградской области (далее в настоящем подпункте - новое рабочее место). При этом физическим лицом, занятым на новом рабочем месте, признается лицо, заключившее трудовой договор с организацией, включенной в реестр, а его трудовые обязанности непосредственно связаны с реализацией указанного инвестиционного проекта, в том числе с эксплуатацией объектов основных средств, созданных в результате реализации инвестиционного проекта. Перечень рабочих мест плательщиков, относящихся к новым рабочим местам, утверждается плательщиками до начала применения в отношении физических лиц, занятых на новых рабочих местах, пониженных тарифов страховых взносов по согласованию с администрацией Особой экономической зоны в Калининградской области и налоговым органом по месту нахождения плательщиков."</w:t>
      </w:r>
    </w:p>
    <w:p>
      <w:r>
        <w:rPr>
          <w:b/>
        </w:rPr>
        <w:t xml:space="preserve">72. </w:t>
      </w:r>
      <w:r>
        <w:t>в пункте 1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72. </w:t>
      </w:r>
      <w:r>
        <w:t>в пункте 2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72. </w:t>
      </w:r>
      <w:r>
        <w:t>в пункте 3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72. </w:t>
      </w:r>
      <w:r>
        <w:t>в пункте 4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72. </w:t>
      </w:r>
      <w:r>
        <w:t>в пункте 5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72. </w:t>
      </w:r>
      <w:r>
        <w:t>в пункте 6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72. </w:t>
      </w:r>
      <w:r>
        <w:t>в абзаце втором пункта 7 слова "федеральным законом об Особой экономической зоне в Калининградской области" заменить словами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w:t>
      </w:r>
    </w:p>
    <w:p>
      <w:r>
        <w:rPr>
          <w:b/>
        </w:rPr>
        <w:t xml:space="preserve">72. </w:t>
      </w:r>
      <w:r>
        <w:t>в абзаце первом слово "Освобождаются" заменить словами "1. Освобождаются"</w:t>
      </w:r>
    </w:p>
    <w:p>
      <w:r>
        <w:rPr>
          <w:b/>
        </w:rPr>
        <w:t xml:space="preserve">72. </w:t>
      </w:r>
      <w:r>
        <w:t>дополнить пунктом 2 следующего содержания: "2. В случае, если в период применения налоговых льгот, предусмотренных подпунктами 9, 11 и 12 пункта 1 настоящей статьи, осуществлены раздел или объединение земельных участков в отношении образованных в результате раздела или объединения земельных участков, налоговые льготы, указанные в подпунктах 9, 11 и 12 пункта 1 настоящей статьи, не применяются."</w:t>
      </w:r>
    </w:p>
    <w:p>
      <w:r>
        <w:rPr>
          <w:b/>
        </w:rPr>
        <w:t xml:space="preserve">72. </w:t>
      </w:r>
      <w:r>
        <w:t>пункт 1 дополнить подпунктом 14 следующего содержания: "14) для организаций, включенных в единый реестр резидентов Особой экономической зоны в Калининградской области в соответствии с Федеральным законом "Об Особой экономической зоне в Калининградской области и о внесении изменений в некоторые законодательные акты Российской Федерации". Плательщики, указанные в настоящем подпункте, применяют пониженные тарифы страховых взносов с учетом особенностей, установленных пунктом 11 настоящей статьи."</w:t>
      </w:r>
    </w:p>
    <w:p>
      <w:r>
        <w:rPr>
          <w:b/>
        </w:rPr>
        <w:t xml:space="preserve">72. </w:t>
      </w:r>
      <w:r>
        <w:t>в подпункте 5 пункта 2 слова "в подпунктах 11 - 13" заменить словами "в подпунктах 11 - 14"</w:t>
      </w:r>
    </w:p>
    <w:p>
      <w:r>
        <w:rPr>
          <w:b/>
        </w:rPr>
        <w:t xml:space="preserve">72. </w:t>
      </w:r>
      <w:r>
        <w:t>в пункте 3 слова "пунктами 4 - 10" заменить словами "пунктами 4 - 11"</w:t>
      </w:r>
    </w:p>
    <w:p>
      <w:r>
        <w:rPr>
          <w:b/>
        </w:rPr>
        <w:t xml:space="preserve">72. </w:t>
      </w:r>
      <w:r>
        <w:t>дополнить пунктом 11 следующего содержания: "11. Пониженные тарифы страховых взносов, установленные подпунктом 5 пункта 2 настоящей статьи (далее в настоящем пункте - пониженные тарифы), для плательщиков, указанных в подпункте 14 пункта 1 настоящей статьи (далее в настоящем пункте - плательщики), применяются с учетом следующих особенностей:</w:t>
      </w:r>
    </w:p>
    <w:p>
      <w:r>
        <w:rPr>
          <w:b/>
        </w:rPr>
        <w:t>Статья 2</w:t>
      </w:r>
    </w:p>
    <w:p>
      <w:r>
        <w:t>Признать утратившими силу</w:t>
      </w:r>
    </w:p>
    <w:p>
      <w:r>
        <w:t>подпункт 1 пункта 39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абзацы второй - четвертый пункта 4 статьи 1 Федерального закона от 7 августа 2001 года № 118-ФЗ "О внесении изменений и дополнений в главу 22 части второй Налогового кодекса Российской Федерации" (Собрание законодательства Российской Федерации, 2001, № 33, ст. 3421)</w:t>
      </w:r>
    </w:p>
    <w:p>
      <w:r>
        <w:t>абзацы второй - четвертый пункта 28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t>абзац третий пункта 7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t>абзац второй пункта 5 статьи 3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t>подпункт "а" пункта 24 статьи 2 Федерального закона от 27 ноября 2010 года № 306-ФЗ "О внесении изменений в часть первую и часть вторую Налогового кодекса Российской Федерации и Закон Российской Федерации "О налоговых органах Российской Федерации" (Собрание законодательства Российской Федерации, 2010, № 48, ст. 6247)</w:t>
      </w:r>
    </w:p>
    <w:p>
      <w:r>
        <w:rPr>
          <w:b/>
        </w:rPr>
        <w:t>Статья 3</w:t>
      </w:r>
    </w:p>
    <w:p>
      <w:r>
        <w:rPr>
          <w:b/>
        </w:rPr>
        <w:t xml:space="preserve">1. </w:t>
      </w:r>
      <w:r>
        <w:t>Настоящий Федеральный закон вступает в силу по истечении одного месяца со дня его официального опубликования и не ранее 1-го числа очередного налогового периода по соответствующему налогу (расчетного периода по страховым взносам)</w:t>
      </w:r>
    </w:p>
    <w:p>
      <w:r>
        <w:rPr>
          <w:b/>
        </w:rPr>
        <w:t xml:space="preserve">2. </w:t>
      </w:r>
      <w:r>
        <w:t>Налогоплательщики вправе уменьшить сумму акциза по подакцизным товарам, определенную в соответствии со статьей 194 Налогового кодекса Российской Федерации, на суммы акциза, фактически уплаченные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за период с 1 апреля 2016 года до дня вступления в силу настоящего Федерального закона включительно, при условии использования этих товаров для осуществления операций, признаваемых объектами налогообложения и подлежащих налогообложению в соответствии с главой 22 части второй Налогового кодекса Российской Федерации. Право на указанные налоговые вычеты имеют налогоплательщики - производители подакцизных товаров, указанных в подпунктах 6 и 61 пункта 1 статьи 181 Налогового кодекса Российской Федерации, которые на дату выпуска указанных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 Указанные в настоящей части налоговые вычеты производятся в налоговом периоде, в котором подакцизные товары, в отношении которых применяются налоговые вычеты, использованы налогоплательщиком для осуществления операций, признаваемых объектами налогообложения и подлежащих налогообложению в соответствии с главой 22 части второй Налогового кодекса Российской Федерации, на основании представленной налогоплательщиком в налоговый орган налоговой декларации по акцизам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