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исполнительном производстве"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