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14.27 и 32.4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