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
        <w:rPr>
          <w:b/>
        </w:rPr>
        <w:t>Статья 1</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2004, № 35, ст. 3607; 2006, № 1, ст. 10; 2007, № 1, ст. 21; 2008, № 30, ст. 3616; 2013, № 17, ст. 2030; № 27, ст. 3477; № 40, ст. 5035; 2014, № 30, ст. 4257; № 49, ст. 6928; 2017, № 31, ст. 4783) следующие изменения</w:t>
      </w:r>
    </w:p>
    <w:p>
      <w:r>
        <w:t>в статье 361: а) наименование после слова "качества" дополнить словом "условий"; б) в части первой слова "качества оказания услуг организациями культуры" заменить словами "качества условий оказания услуг организациями культуры", слова "о качестве оказания услуг организациями культуры" заменить словами "о качестве условий оказания услуг организациями культуры"; в) часть вторую изложить в следующей редакции: "Независимая оценка качества условий оказания услуг организациями культуры предусматривает оценку условий оказания услуг по таким общим критериям, как открытость и доступность информации об организации культуры; комфортность условий предоставления услуг; доброжелательность, вежливость работников организаций культуры; удовлетворенность условиями оказания услуг, а также доступность услуг для инвалидов. Независимая оценка качества условий оказания услуг организациями культуры, осуществляющими создание, исполнение, показ и интерпретацию произведений литературы и искусства, предусматривает оценку условий оказания услуг по таким общим критериям, как открытость и доступность информации об организации культуры, а также доступность услуг для инвалидов."; г) часть третью после слова "качества" дополнить словом "условий"; д) часть четвертую признать утратившей силу; е) часть пятую после слова "качества" дополнить словом "условий", после слов "создания, исполнения" дополнить словом ", показа"; ж) часть шестую изложить в следующей редакции: "В целях создания условий для проведения независимой оценки качества условий оказания услуг организациями культуры: 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культуры (далее - уполномоченный федеральный орган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организациями культуры, учредителем которых является Российская Федерация, а также негосударственными организациями культуры, которые оказывают услуги в сфере культуры за счет средств федерального бюджета,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организациями культуры. Перечень организаций культуры,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организациями культуры, которые расположены на территориях субъектов Российской Федерации и учредителями которых являются субъекты Российской Федерации, муниципальные образования (за исключением муниципальных организаций культуры, в отношении которых независимая оценка проводится общественными советами, созданными при органах местного самоуправления), а также негосударственными организациями культуры, которые оказывают услуги в сфере культуры за счет средств соответствующего бюджета бюджетной системы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организациями культуры; общественные палаты (советы) муниципальных образований по обращению органов местного самоуправления муниципальных районов и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муниципальными организациями культуры, иными организациями, расположенными на территориях соответствующих муниципальных образований и оказывающими услуги в сфере культуры за счет бюджетных ассигнований бюджетов муниципальных образований,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организациями культуры."; з) в части седьмой после слова "качества" дополнить словом "условий", слово "четвертой" заменить словом "шестой"; и) часть восьмую изложить в следующей редакции: "Состав общественного совета по проведению независимой оценки качества условий оказания услуг организациями культуры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общественных объединений, осуществляющих деятельность в сфере культуры, а также руководители (их заместители) и работники организаций, осуществляющих деятельность в указанной сфере. При этом общественный совет по независимой оценке качества привлекает к своей работе представителей общественных объединений, осуществляющих деятельность в сфере культуры,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органом государственной власти, органом местного самоуправления, при которых он создан, в информационно-телекоммуникационной сети "Интернет" (далее - сеть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 к) часть девятую изложить в следующей редакции: "Положение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 л) часть десятую изложить в следующей редакции: "Независимая оценка качества условий оказания услуг организациями культуры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 м) в части одиннадцатой: абзац первый изложить в следующей редакции: "Общественные советы по независимой оценке качества:"; в абзаце третьем слова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культуры (далее - оператор)," исключить, слова "с оператором" заменить словами "с организацией, которая осуществляет сбор и обобщение информации о качестве условий оказания услуг организациями культуры (далее - оператор)"; абзац четвертый признать утратившим силу; абзац пятый после слова "качества" дополнить словом "условий"; абзац шестой после слов "оценки качества" дополнить словом "условий"; н) в части двенадцатой слова "по сбору, обобщению и анализу информации о качестве оказания" заменить словами "по сбору и обобщению информации о качестве условий оказания", слова "за проведение независимой оценки качества оказания" заменить словами "за сбор и обобщение информации о качестве условий оказания"; о) в части тринадцатой после слова "качества" дополнить словом "условий", слова "в месячный срок" заменить словами "в течение одного месяца с даты ее поступления", дополнить словами "и оценке деятельности их руководителей"; п) абзац первый части четырнадцатой после слова "качества" дополнить словом "условий"; р) в части пятнадцатой слова "независимой оценки качества оказания услуг организациями культуры" заменить словами "независимой оценки качества условий оказания услуг организациями культуры, включая единые требования к такой информации,"; с) часть шестнадцатую после слова "качества" дополнить словом "условий"; т) дополнить частью семнадцатой следующего содержания: "Руководители государственных и муниципальных организаций культуры несут ответственность за непринятие мер по устранению недостатков, выявленных в ходе независимой оценки качества условий оказания услуг организациями культуры, в соответствии с трудовым законодательством. В трудовых договорах с руководителями указанных организаций культуры в показатели эффективности работы руководителей включаются результаты независимой оценки качества условий оказания услуг организациями культуры и выполнения плана по устранению недостатков, выявленных в ходе такой оценки."; у) дополнить частью восемнадцатой следующего содержания: "Результаты независимой оценки качества условий оказания услуг организациями культуры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w:t>
      </w:r>
    </w:p>
    <w:p>
      <w:r>
        <w:t>в статье 362: а) в части первой: абзац первый изложить в следующей редакции: "Организации культуры, указанные в части шестой статьи 361 настоящих Основ, обеспечивают открытость и доступность следующей информации:"; абзац десятый после слова "качества" дополнить словом "условий"; б) часть третью после слова "качестве" дополнить словом "условий"</w:t>
      </w:r>
    </w:p>
    <w:p>
      <w:r>
        <w:t>абзац двадцатый статьи 37 изложить в следующей редакции: "создание условий для организации проведения независимой оценки качества условий оказания услуг организациями культуры;"</w:t>
      </w:r>
    </w:p>
    <w:p>
      <w:r>
        <w:t>абзац восьмой части первой статьи 39 изложить в следующей редакции: "создание условий для организации проведения независимой оценки качества условий оказания услуг организациями культуры;"</w:t>
      </w:r>
    </w:p>
    <w:p>
      <w:r>
        <w:rPr>
          <w:b/>
        </w:rPr>
        <w:t>Статья 2</w:t>
      </w:r>
    </w:p>
    <w:p>
      <w:r>
        <w:t>Внести в 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1999, № 29, ст. 3693; 2002, № 22, ст. 2026; 2003, № 2, ст. 167; № 43, ст. 4108; 2004, № 35, ст. 3607; 2008, № 30, ст. 3616; 2011, № 30, ст. 4596; 2012, № 29, ст. 3990; 2013, № 27, ст. 3460; 2014, № 49, ст. 6928; 2016, № 1, ст. 14; 2017, № 24, ст. 3485) следующие изменения</w:t>
      </w:r>
    </w:p>
    <w:p>
      <w:r>
        <w:t>статью 4 дополнить пунктом 121 следующего содержания: "121) создание условий для проведения независимой оценки качества условий оказания услуг федеральными учреждениями медико-социальной экспертизы;"</w:t>
      </w:r>
    </w:p>
    <w:p>
      <w:r>
        <w:t>в статье 8: а) часть первую изложить в следующей редакции: "Медико-социальная экспертиза осуществляется федеральными учреждениями медико-социальной экспертизы, подведомственными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социальной защиты населения. Порядок организации и деятельности федеральных учреждений медико-социальной экспертизы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б) часть третью дополнить пунктом 8 следующего содержания: "8) обеспечение условий для проведения независимой оценки качества условий оказания услуг федеральными учреждениями медико-социальной экспертизы."; в) дополнить частями пятой - седьмой следующего содержания: "Федеральное учреждение медико-социальной экспертизы формирует общедоступные информационные ресурсы, содержащие информацию о его деятельности, и обеспечивает доступ к данной информации посредством ее размещения на информационном стенде в помещении федерального учреждения медико-социальной экспертизы, в информационно-телекоммуникационной сети "Интернет" (далее - сеть "Интернет"), в том числе на официальном сайте такого учреждения. Федеральное учреждение медико-социальной экспертизы обеспечивает открытость и доступность следующей информации:</w:t>
      </w:r>
    </w:p>
    <w:p>
      <w:r>
        <w:t>дата создания федерального учреждения медико-социальной экспертизы, наименование его учредителя, место нахождения федерального учреждения медико-социальной экспертизы и его филиалов (при наличии), график работы, контактные телефоны, адреса электронной почты, информация о руководителе, его заместителях, руководителях филиалов (при их наличии), персональном составе работников (с указанием с их согласия уровня образования, квалификации и опыта работы)</w:t>
      </w:r>
    </w:p>
    <w:p>
      <w:r>
        <w:t>структура федерального учреждения медико-социальной экспертизы</w:t>
      </w:r>
    </w:p>
    <w:p>
      <w:r>
        <w:t>порядок оказания услуг федеральным учреждением медико-социальной экспертизы</w:t>
      </w:r>
    </w:p>
    <w:p>
      <w:r>
        <w:t>материально-техническое оснащение федерального учреждения медико-социальной экспертизы (наличие оборудованных помещений для предоставления услуги, в том числе помещений, оснащенных специальным диагностическим оборудованием для оценки степени выраженности нарушенных функций, доступ к информации о деятельности федерального учреждения медико-социальной экспертизы, размещенной на информационном стенде в помещении данного учреждения, в сети "Интернет")</w:t>
      </w:r>
    </w:p>
    <w:p>
      <w:r>
        <w:t>информация, размещение и опубликование которой являются обязательными в соответствии с законодательством Российской Федерации</w:t>
      </w:r>
    </w:p>
    <w:p>
      <w:r>
        <w:t>копия устава федерального учреждения медико-социальной экспертизы</w:t>
      </w:r>
    </w:p>
    <w:p>
      <w:r>
        <w:t>копия лицензии на осуществление деятельности, подлежащей лицензированию в соответствии с законодательством Российской Федерации</w:t>
      </w:r>
    </w:p>
    <w:p>
      <w:r>
        <w:t>информация о проведении независимой оценки качества условий оказания услуг федеральным учреждением медико-социальной экспертизы</w:t>
      </w:r>
    </w:p>
    <w:p>
      <w:r>
        <w:t>иная информация, определяемая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необходимая для проведения независимой оценки качества условий оказания услуг федеральными учреждениями медико-социальной экспертизы. Информация, указанная в части шестой настоящей статьи, размещается на официальных сайтах федеральных учреждений медико-социальной экспертизы в сети "Интернет" в соответствии с требованиями к ее содержанию и форме предоставления,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главу II дополнить статьей 81 следующего содержания: "Статья 81. Независимая оценка качества условий оказания услуг федеральными учреждениями медико-социальной экспертизы Независимая оценка качества условий оказания услуг федеральными учреждениями медико-социальной экспертизы является одной из форм общественного контроля и проводится в целях предоставления получателям услуг информации о качестве условий оказания услуг федеральными учреждениями медико-социальной экспертизы, а также в целях повышения качества их деятельности. Независимая оценка качества условий оказания услуг федеральными учреждениями медико-социальной экспертизы не проводится в целях контроля за обоснованностью принимаемых федеральными учреждениями медико-социальной экспертизы решений о потребности в мерах социальной защиты, включая реабилитацию, определяемой на основе оценки ограничений жизнедеятельности, вызванных стойким расстройством функций организма. Независимая оценка качества условий оказания услуг федеральными учреждениями медико-социальной экспертизы предусматривает оценку условий оказания услуг по таким общим критериям, как открытость и доступность информации об учреждении; комфортность условий предоставления услуги, в том числе время ожидания ее предоставления; доброжелательность, вежливость работников учреждения; удовлетворенность условиями оказания услуг, а также доступность услуг для инвалидов. Независимая оценка качества условий оказания услуг федеральными учреждениями медико-социальной экспертизы проводится в соответствии с положениями настоящей статьи. При проведении независимой оценки качества условий оказания услуг федеральными учреждениями медико-социальной экспертизы используется общедоступная информация о федеральных учреждениях медико-социальной экспертизы, размещаемая также в форме открытых данных. В целях создания условий для организации проведения независимой оценки качества условий оказания услуг федеральными учреждениями медико-социальной экспертизы 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федеральными учреждениями медико-социальной экспертизы и утверждает его состав.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о составе созданного при этом органе общественного совета по проведению независимой оценки качества условий оказания услуг федеральными учреждениями медико-социальной экспертизы (далее - общественный совет по независимой оценке качества). Показатели, характеризующие общие критерии оценки качества условий оказания услуг федеральными учреждениями медико-социальной экспертизы,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предварительным обсуждением на общественном совете по независимой оценке качества. Состав общественного совета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а также руководители (их заместители) и работники федеральных учреждений медико-социальной экспертизы. При этом общественный совет по независимой оценке качества привлекает к своей работе представителей Общественной палаты Российской Федерации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общественного совета по независимой оценке качества подлежит размещению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своем официальном сайте в сети "Интернет". Положение об общественном совете по независимой оценке качества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Независимая оценка качества условий оказания услуг федеральными учреждениями медико-социальной экспертизы проводится общественным советом по независимой оценке качества не чаще чем один раз в год и не реже чем один раз в три года в отношении одного и того же учреждения. Общественный совет по независимой оценке качества:</w:t>
      </w:r>
    </w:p>
    <w:p>
      <w:r>
        <w:t>определяет перечень федеральных учреждений медико-социальной экспертизы, в отношении которых проводится независимая оценка качества условий оказания услуг федеральными учреждениями медико-социальной экспертизы</w:t>
      </w:r>
    </w:p>
    <w:p>
      <w:r>
        <w:t>принимает участие в рассмотрении проектов документации о закупке работ, услуг, а также проектов государственных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организацией, которая осуществляет сбор и обобщение информации о качестве условий оказания услуг федеральными учреждениями медико-социальной экспертизы (далее - оператор)</w:t>
      </w:r>
    </w:p>
    <w:p>
      <w:r>
        <w:t>осуществляет независимую оценку качества условий оказания услуг федеральными учреждениями медико-социальной экспертизы с учетом информации, предоставленной оператором</w:t>
      </w:r>
    </w:p>
    <w:p>
      <w:r>
        <w:t>представляет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результаты независимой оценки качества условий оказания услуг федеральными учреждениями медико-социальной экспертизы, а также предложения об улучшении качества их деятельности. Заключение государственных контрактов на выполнение работ, оказание услуг по сбору и обобщению информации о качестве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по результатам заключения указанных государственных контрактов оформляет решение об определении оператора, ответственного за сбор и обобщение информации о качестве условий оказания услуг федеральными учреждениями медико-социальной экспертизы, а также при необходимости предоставляет оператору общедоступную информацию о деятельности этих учреждений, формируемую в соответствии с государственной и ведомственной статистической отчетностью (в случае, если данная информация не размещена на официальном сайте федерального учреждения медико-социальной экспертизы в сети "Интернет"). Поступившая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информация о результатах независимой оценки качества условий оказания услуг федеральными учреждениями медико-социальной экспертизы подлежит обязательному рассмотрению им в течение одного месяца с даты ее поступления и учитывается им при выработке мер по совершенствованию деятельности федеральных учреждений медико-социальной экспертизы и оценке деятельности их руководителей. Информация о результатах независимой оценки качества условий оказания услуг федеральными учреждениями медико-социальной экспертизы размещается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официальном сайте для размещения информации о государственных и муниципальных учреждениях в сети "Интернет". Состав информации о результатах независимой оценки качества условий оказания услуг федеральными учреждениями медико-социальной экспертизы,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а также федеральные учреждения медико-социальной экспертизы обеспечивают на своих официальных сайтах в сети "Интернет" техническую возможность выражения гражданами мнений о качестве условий оказания услуг федеральными учреждениями медико-социальной экспертизы. Руководители федеральных учреждений медико-социальной экспертизы несут ответственность за непринятие мер по устранению недостатков, выявленных в ходе независимой оценки качества условий оказания услуг федеральными учреждениями медико-социальной экспертизы, в соответствии с трудовым законодательством. В трудовых договорах с руководителями указанных учреждений в показатели эффективности работы руководителей включаются результаты независимой оценки качества условий оказания услуг федеральными учреждениями медико-социальной экспертизы и выполнения плана по устранению недостатков, выявленных в ходе такой оценки. Результаты независимой оценки качества условий оказания услуг федеральными учреждениями медико-социальной экспертизы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Контроль за соблюдением процедур проведения независимой оценки качества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w:t>
      </w:r>
    </w:p>
    <w:p>
      <w:r>
        <w:rPr>
          <w:b/>
        </w:rPr>
        <w:t>Статья 3</w:t>
      </w:r>
    </w:p>
    <w:p>
      <w:r>
        <w:t>(Статья утратила силу - Федеральный закон от 21.12.2021 № 414-ФЗ)</w:t>
      </w:r>
    </w:p>
    <w:p>
      <w:r>
        <w:rPr>
          <w:b/>
        </w:rPr>
        <w:t>Статья 4</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2007, № 1, ст. 21; № 43, ст. 5084; 2008, № 48, ст. 5517; № 52, ст. 6236; 2009, № 48, ст. 5733; № 52, ст. 6441; 2010, № 49, ст. 6409; 2011, № 50, ст. 7353; 2012, № 29, ст. 3990; № 31, ст. 4326; № 53, ст. 7596; 2013, № 27, ст. 3477; 2014, № 22, ст. 2770; № 26, ст. 3371; № 30, ст. 4218, 4257; 2015, № 13, ст. 1808; 2016, № 26, ст. 3866; 2017, № 31, ст. 4751) следующие изменения</w:t>
      </w:r>
    </w:p>
    <w:p>
      <w:r>
        <w:t>пункт 12 части 1 статьи 141 признать утратившим силу</w:t>
      </w:r>
    </w:p>
    <w:p>
      <w:r>
        <w:t>пункт 13 части 1 статьи 151 изложить в следующей редакции: "13)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
        <w:t>пункт 13 части 1 статьи 161 изложить в следующей редакции: "13)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
        <w:rPr>
          <w:b/>
        </w:rPr>
        <w:t>Статья 5</w:t>
      </w:r>
    </w:p>
    <w:p>
      <w:r>
        <w:t>Часть 1 статьи 20 Федерального закона от 4 апреля 2005 года № 32-ФЗ "Об Общественной палате Российской Федерации" (Собрание законодательства Российской Федерации, 2005, № 15, ст. 1277; 2013, № 30, ст. 4068) дополнить словами ", а также формирует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
        <w:rPr>
          <w:b/>
        </w:rPr>
        <w:t>Статья 6</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2014, № 30, ст. 4257; № 49, ст. 6927; 2015, № 10, ст. 1425; № 29, ст. 4397; 2016, № 1, ст. 9; № 15, ст. 2055; № 18, ст. 2488; № 27, ст. 4219; 2017, № 31, ст. 4791) следующие изменения</w:t>
      </w:r>
    </w:p>
    <w:p>
      <w:r>
        <w:t>пункт 20 части 2 статьи 14 после слова "качества" дополнить словом "условий"</w:t>
      </w:r>
    </w:p>
    <w:p>
      <w:r>
        <w:t>пункт 18 части 1 статьи 16 после слова "качества" дополнить словом "условий"</w:t>
      </w:r>
    </w:p>
    <w:p>
      <w:r>
        <w:t>в части 1 статьи 79: а) пункт 7 после слова "качества" дополнить словом "условий"; б) пункт 14 после слова "качества" дополнить словом "условий"</w:t>
      </w:r>
    </w:p>
    <w:p>
      <w:r>
        <w:t>в статье 791: а) наименование после слова "качества" дополнить словом "условий"; б) в части 1 слова "качества оказания услуг медицинскими организациями" заменить словами "качества условий оказания услуг медицинскими организациями", слова "о качестве оказания услуг медицинскими организациями" заменить словами "о качестве условий оказания услуг медицинскими организациями"; в) часть 2 изложить в следующей редакции: "2.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 г) часть 3 после слова "качества" дополнить словом "условий"; д) часть 4 изложить в следующей редакции: "4. В целях создания условий для проведения независимой оценки качества условий оказания услуг медицинскими организациями:</w:t>
      </w:r>
    </w:p>
    <w:p>
      <w:r>
        <w:t>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Перечень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
        <w:t>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пункте 1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
        <w:t>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частью 2 статьи 16 настоящего Федерального закона по обращению органов местного самоуправления муниципальных районов и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пунктах 1 и 2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 е) часть 5 после слова "качества" дополнить словом "условий"; ж) часть 6 изложить в следующей редакции: "6.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 з) часть 7 изложить в следующей редакции: "7. Положение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 и) часть 8 изложить в следующей редакции: "8.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 к) в части 9: абзац первый изложить в следующей редакции: "9. Общественные советы по независимой оценке качества:"; пункт 1 изложить в следующей редакции: "1)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 в пункте 2 слова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медицинскими организациями (далее - оператор)," исключить, слова "с оператором" заменить словами "с организацией, которая осуществляет сбор и обобщение информации о качестве условий оказания услуг медицинскими организациями (далее - оператор)"; пункт 3 признать утратившим силу; пункт 4 после слова "качества" дополнить словом "условий"; пункт 5 после слова "качества" дополнить словом "условий"; л) в части 10 слова "оказание услуг по сбору, обобщению и анализу информации о качестве оказания услуг медицинскими организациями" заменить словами "оказание услуг по сбору и обобщению информации о качестве условий оказания услуг медицинскими организациями", слова "за проведение независимой оценки качества оказания услуг" заменить словами "за сбор и обобщение информации о качестве условий оказания услуг"; м) в части 11 после слова "качества" дополнить словом "условий", слова "в месячный срок" заменить словами "в течение одного месяца с даты ее поступления", дополнить словами "и оценке деятельности их руководителей"; н) абзац первый части 12 после слова "качества" дополнить словом "условий"; о) в части 13 слова "независимой оценки качества оказания услуг медицинскими организациями" заменить словами "независимой оценки качества условий оказания услуг медицинскими организациями, включая единые требования к такой информации,"; п) часть 14 после слов "о качестве" дополнить словом "условий"; р) часть 16 после слова "качества" дополнить словом "условий"; с) дополнить частью 17 следующего содержания: "17.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 т) дополнить частью 18 следующего содержания: "18.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w:t>
      </w:r>
    </w:p>
    <w:p>
      <w:r>
        <w:rPr>
          <w:b/>
        </w:rPr>
        <w:t>Статья 7</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30, ст. 4257) следующие изменения</w:t>
      </w:r>
    </w:p>
    <w:p>
      <w:r>
        <w:t>в статье 95: а) пункт 2 части 2 изложить в следующей редакции: "2) независимую оценку качества условий осуществления образовательной деятельности организациями, осуществляющими образовательную деятельность."; б) в части 3 слова "предусмотренные частью 2" заменить словами "предусмотренной пунктом 1 части 2"; в) часть 5 дополнить словами "и оценке деятельности руководителей организаций, осуществляющих образовательную деятельность"</w:t>
      </w:r>
    </w:p>
    <w:p>
      <w:r>
        <w:t>в статье 952: а) наименование изложить в следующей редакции: "Статья 952. Независимая оценка качества условий осуществления образовательной деятельности организациями, осуществляющими образовательную деятельность"; б) часть 1 изложить в следующей редакции: "1. Независимая оценка качества условий осуществления образовательной деятельности организациями, осуществляющими образовательную деятельность (далее - организации),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 в) часть 2 изложить в следующей редакции: "2. В целях создания условий для проведения независимой оценки качества условий осуществления образовательной деятельности организациями:</w:t>
      </w:r>
    </w:p>
    <w:p>
      <w:r>
        <w:t>Общественная палата Российской Федерации по обращению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общероссийских общественных объединений инвалидов общественный совет по проведению независимой оценки качества условий осуществления образовательной деятельности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и утверждает его состав. Общественная палата Российской Федерации информирует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 составе созданного при этом органе общественного совета по проведению независимой оценки качества условий осуществления образовательной деятельности организациями</w:t>
      </w:r>
    </w:p>
    <w:p>
      <w:r>
        <w:t>общественные палаты субъектов Российской Федерации по обращению органов исполнительной власти субъектов Российской Федерации, осуществляющих государственное управление в сфере образования,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государственными образовательными организациями субъектов Российской Федерации, а также муниципальными образовательными организациями, за исключением муниципальных образовательных организаций, в отношении которых независимая оценка проводится общественными советами, созданными при органах местного самоуправления, и иными организациями, расположенными на территориях субъектов Российской Федерации и осуществляющими образовательную деятельность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осуществляющие государственное управление в сфере образования,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
        <w:t>общественные палаты (советы) муниципальных образований по обращению органов местного самоуправления муниципальных районов и городских округов вправе формировать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осуществляемой муниципальными образовательными организациями, и утверждать их состав. Общественные палаты (советы) муниципальных образований информируют органы местного самоуправления муниципальных районов и городских округов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 г) дополнить частью 21 следующего содержания: "21. Состав общественного совета по проведению независимой оценки качества условий осуществления образовательной деятельности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общественных объединений, осуществляющих деятельность в сфере образования, руководители (их заместители) и работники организаций, осуществляющих деятельность в указанной сфере. При этом общественный совет по независимой оценке качества может привлекать к своей работе представителей общественных объединений, осуществляющих деятельность в сфере образования,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органа исполнительной власти субъекта Российской Федерации, осуществляющего государственное управление в сфере образования, органа местного самоуправления муниципального района или городского округа. Положение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 д) часть 3 изложить в следующей редакции: "3. Независимая оценка качества условий осуществления образовательной деятельности организациями не проводится в отношении образовательных организаций, созданных в уголовно-исполнительной системе, а также в отношении федеральных государственных организаций, осуществляющих образовательную деятельность, указанных в части 1 статьи 81 настоящего Федерального закона."; е) часть 4 изложить в следующей редакции: "4. Независимая оценка качества условий осуществления образовательной деятельности организациями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работников; удовлетворенность условиями ведения образовательной деятельности организаций, а также доступность услуг для инвалидов."; ж) часть 5 изложить в следующей редакции: "5. Показатели, характеризующие общие критерии оценки качества условий осуществления образовательной деятельности организациями,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 по независимой оценке качества."; з) часть 6 изложить в следующей редакции: "6. Независимая оценка качества условий осуществления образовательной деятельности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 и) в части 7: абзац первый изложить в следующей редакции: "7. Общественные советы по независимой оценке качества:"; в пункте 2 слова "формируют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 организаций (далее - оператор)," исключить, слова "с оператором" заменить словами "с организацией, которая осуществляет сбор и обобщение информации о качестве условий осуществления образовательной деятельности организациями (далее - оператор)"; пункт 3 признать утратившим силу; в пункте 4 слова "качества образовательной деятельности организаций" заменить словами "качества условий осуществления образовательной деятельности организациями"; в пункте 5 слова "качества образовательной деятельности организаций" заменить словами "качества условий осуществления образовательной деятельности организациями"; к) в части 8 первое предложение изложить в следующей редакции: "Заключение государственных, муниципальных контрактов на выполнение работ, оказание услуг по сбору и обобщению информации о качестве условий осуществления образовательной деятельности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слова "за проведение независимой оценки качества образовательной деятельности организаций" заменить словами "за сбор и обобщение информации о качестве условий осуществления образовательной деятельности организациями"; л) часть 9 признать утратившей силу; м) в абзаце первом части 10 слова "качества образовательной деятельности организаций" заменить словами "качества условий осуществления образовательной деятельности организациями"; н) часть 11 изложить в следующей редакции: "11. Состав информации о результатах независимой оценки качества условий осуществления образовательной деятельности организациями,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 о) в части 12 слова "о качестве образовательной деятельности организаций" заменить словами "о качестве условий осуществления образовательной деятельности организациями"; п) часть 13 изложить в следующей редакции: "13. Контроль за соблюдением процедур проведения независимой оценки качества условий осуществления образовательной деятельности организациями осуществляется в соответствии с законодательством Российской Федерации."; р) дополнить частью 14 следующего содержания: "14. Руководители государственных и муниципальных организаций, осуществляющих образовательную деятельность, несут ответственность за непринятие мер по устранению недостатков, выявленных в ходе независимой оценки качества условий осуществления образовательной деятельности организациями, в соответствии с трудовым законодательством. В трудовых договорах с руководителями указанных организаций в показатели эффективности работы руководителей включаются результаты независимой оценки качества условий осуществления образовательной деятельности организациями и выполнения плана по устранению недостатков, выявленных в ходе такой оценки."; с) дополнить частью 15 следующего содержания: "15. Результаты независимой оценки качества условий осуществления образовательной деятельности организациями учитываются при оценке эффективности деятельности руководителя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 муниципальных районов и городских округов."</w:t>
      </w:r>
    </w:p>
    <w:p>
      <w:r>
        <w:rPr>
          <w:b/>
        </w:rPr>
        <w:t>Статья 8</w:t>
      </w:r>
    </w:p>
    <w:p>
      <w:r>
        <w:t>Внести в Федеральный закон от 28 декабря 2013 года № 442-ФЗ "Об основах социального обслуживания граждан в Российской Федерации" (Собрание законодательства Российской Федерации, 2013, № 52, ст. 7007; 2014, № 30, ст. 4257) следующие изменения</w:t>
      </w:r>
    </w:p>
    <w:p>
      <w:r>
        <w:t>часть 4 статьи 13 признать утратившей силу</w:t>
      </w:r>
    </w:p>
    <w:p>
      <w:r>
        <w:t>в статье 231: а) наименование после слова "качества" дополнить словом "условий"; б) часть 1 изложить в следующей редакции: "1. Независимая оценка качества условий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условий оказания услуг организациями социального обслуживания, а также в целях повышения качества их деятельности."; в) часть 2 изложить в следующей редакции: "2. Независимая оценка качества условий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в том числе время ожидания предоставления услуг; доброжелательность, вежливость работников организации социального обслуживания; удовлетворенность качеством условий оказания услуг, а также доступность услуг для инвалидов."; г) часть 3 изложить в следующей редакции: "3. Независимая оценка качества условий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условий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 д) часть 4 признать утратившей силу; е) часть 5 изложить в следующей редакции: "5. В целях создания условий для организации проведения независимой оценки качества условий оказания услуг организациями социального обслуживания:</w:t>
      </w:r>
    </w:p>
    <w:p>
      <w:r>
        <w:t>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общероссийских общественных организаций ветеранов общественный совет по проведению независимой оценки качества условий оказания услуг организациями социального обслуживания, учредителем которых является Российская Федерация, а также негосударственными организациями социального обслуживания, которые оказывают социальные услуги за счет средств федерального бюджета,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организациями социального обслуживания. Перечень организаций социального обслуживания,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общественном совете по проведению независимой оценки качества условий оказания услуг организациями социального обслуживания</w:t>
      </w:r>
    </w:p>
    <w:p>
      <w:r>
        <w:t>общественные палаты субъектов Российской Федерации по обращению уполномоченных органов исполнительной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общественных организаций ветеранов общественные советы по проведению независимой оценки качества условий оказания услуг организациями социального обслуживания, которые расположены на территориях субъектов Российской Федерации и учредителями которых являются субъекты Российской Федерации, а также негосударственными организациями социального обслуживания, которые оказывают социальные услуги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организациями социального обслуживания."; ж) дополнить частью 51 следующего содержания: "51. Состав общественного совета по проведению независимой оценки качества условий оказания услуг организациями социального обслуживания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общественных объединений, осуществляющих деятельность в сфере социального обслуживания, а также руководители (их заместители) и работники организаций социального обслуживания. При этом общественный совет по независимой оценке качества привлекает к своей работе представителей общественных объединений, осуществляющих деятельность в сфере социального обслуживания,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з) дополнить частью 52 следующего содержания: "52. Положение об общественном совете по независимой оценке качества утверждается органом государственной власти, при котором создан указанный общественный совет."; и) часть 6 изложить в следующей редакции: "6. Показатели, характеризующие общие критерии оценки качества условий оказания услуг организациями социального обслуживания, в отношении которых проводится независимая оценка качества условий оказания ими услуг, устанавливаются уполномоченным федеральным органом исполнительной власти с предварительным обсуждением на общественном совете по независимой оценке качества."; к) части 7 и 8 признать утратившими силу; л) часть 9 изложить в следующей редакции: "9. Независимая оценка качества условий оказания услуг организациями социального обслуживания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 м) в части 10: абзац первый изложить в следующей редакции: "10. Общественные советы по независимой оценке качества:"; пункт 2 изложить в следующей редакции: "2) принимают участие в рассмотрении проектов документации о закупках работ, услуг, а также проектов государственных контрактов, заключаемых уполномоченным федеральным органом исполнительной власти, уполномоченными органами субъектов Российской Федерации с организацией, которая осуществляет сбор и обобщение информации о качестве условий оказания услуг организациями социального обслуживания (далее - оператор);"; пункт 3 признать утратившим силу; пункт 4 после слова "качества" дополнить словом "условий"; в пункте 5 слова ", органы местного самоуправления" исключить, после слов "оценки качества" дополнить словом "условий"; н) часть 11 изложить в следующей редакции: "11. Заключение государственных контрактов на выполнение работ, оказание услуг по сбору и обобщению информации о качестве условий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уполномоченные органы государственной власти субъектов Российской Федерации по результатам заключения государственных контрактов оформляют решение об определении оператора, ответственного за сбор и обобщение информации о качестве условий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 о) в части 12 слова ", органы местного самоуправления" исключить, после слов "оценки качества" дополнить словом "условий", дополнить словами "и оценке деятельности их руководителей"; п) в части 13: абзац первый после слов "оценки качества" дополнить словом "условий"; в пункте 2 слова "и органами местного самоуправления" исключить; р) в части 14 слова "качества оказания услуг организациями социального обслуживания" заменить словами "качества условий оказания услуг организациями социального обслуживания, включая единые требования к такой информации,"; с) в части 15 слова ", органы местного самоуправления" исключить, после слова "качестве" дополнить словом "условий"; т) часть 16 после слова "качества" дополнить словом "условий"; у) дополнить частью 17 следующего содержания: "17. Руководители государственных организаций социального обслуживания несут ответственность за непринятие мер по устранению недостатков, выявленных в ходе независимой оценки качества условий оказания услуг организациями социального обслуживания, в соответствии с трудовым законодательством. В трудовых договорах с руководителями организаций социального обслуживания в показатели эффективности работы руководителей включаются результаты независимой оценки качества условий оказания услуг организациями социального обслуживания и выполнения плана по устранению недостатков, выявленных в ходе такой оценки."; ф) дополнить частью 18 следующего содержания: "18. Результаты независимой оценки качества условий оказания услуг организациями социального обслуживания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w:t>
      </w:r>
    </w:p>
    <w:p>
      <w:r>
        <w:rPr>
          <w:b/>
        </w:rPr>
        <w:t>Статья 9</w:t>
      </w:r>
    </w:p>
    <w:p>
      <w:r>
        <w:t>Статью 11 Федерального закона от 23 июня 2016 года № 183-ФЗ "Об общих принципах организации и деятельности общественных палат субъектов Российской Федерации" (Собрание законодательства Российской Федерации, 2016, № 26, ст. 3852) дополнить частью 9 следующего содержания: "9. Общественная палата в соответствии с федеральными законами формирует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
        <w:rPr>
          <w:b/>
        </w:rPr>
        <w:t>Статья 10</w:t>
      </w:r>
    </w:p>
    <w:p>
      <w:r>
        <w:t>Абзацы шестой и девятнадцатый пункта 1 статьи 1, пункт 1 статьи 4, абзац семнадцатый пункта 4 статьи 5, абзацы пятнадцатый и девятнадцатый пункта 5 статьи 6, подпункт "б" пункта 3, абзацы шестой, двенадцатый, тринадцатый и восемнадцатый пункта 4 статьи 7 Федерального закона от 21 июля 2014 года №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 30, ст. 4257) признать утратившими силу.</w:t>
      </w:r>
    </w:p>
    <w:p>
      <w:r>
        <w:rPr>
          <w:b/>
        </w:rPr>
        <w:t>Статья 11</w:t>
      </w:r>
    </w:p>
    <w:p>
      <w:r>
        <w:rPr>
          <w:b/>
        </w:rPr>
        <w:t xml:space="preserve">1. </w:t>
      </w:r>
      <w:r>
        <w:t>Сбор и обобщение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для проведения независимой оценки качества условий оказания услуг такими организациями (далее также - независимая оценка качества) осуществляются организациями, с которыми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заключены государственные (муниципальные) контракты на выполнение работ, оказание услуг по сбору и обобщению указанной информации (далее - операторы)</w:t>
      </w:r>
    </w:p>
    <w:p>
      <w:r>
        <w:rPr>
          <w:b/>
        </w:rPr>
        <w:t xml:space="preserve">2. </w:t>
      </w:r>
      <w:r>
        <w:t>Операторами не могут являться государственные и муниципальные организации, оказывающие гражданам услуги в сфере культуры, охраны здоровья, образования, социального обслуживания, и федеральные учреждения медико-социальной экспертизы, а также негосударственные организации, оказывающие гражданам услуги в указанных сферах за счет средств бюджетов бюджетной системы Российской Федерации</w:t>
      </w:r>
    </w:p>
    <w:p>
      <w:r>
        <w:rPr>
          <w:b/>
        </w:rPr>
        <w:t xml:space="preserve">3. </w:t>
      </w:r>
      <w:r>
        <w:t>Оператор осуществляет сбор и обобщение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в соответствии с порядком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утверждаемым Правительством Российской Федерации, а также показателями, характеризующими общие критерии оценки качества условий оказания услуг такими организациями</w:t>
      </w:r>
    </w:p>
    <w:p>
      <w:r>
        <w:rPr>
          <w:b/>
        </w:rPr>
        <w:t xml:space="preserve">4. </w:t>
      </w:r>
      <w:r>
        <w:t>Оператор представляет отчет о выполненных работах по сбору и обобщению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отчет оператора) в органы государственной власти, органы местного самоуправления, с которыми заключен государственный, муниципальный контракт на выполнение работ, оказание услуг по сбору и обобщению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После принятия отчет оператора в установленном порядке направляется органом государственной власти, органом местного самоуправления в созданные при этих органах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
        <w:rPr>
          <w:b/>
        </w:rPr>
        <w:t xml:space="preserve">5. </w:t>
      </w:r>
      <w:r>
        <w:t>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в течение одного месяца со дня получения отчета оператора формируют на его основе результаты независимой оценки качества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разрабатывают предложения по улучшению их деятельности (далее - решение общественного совета)</w:t>
      </w:r>
    </w:p>
    <w:p>
      <w:r>
        <w:rPr>
          <w:b/>
        </w:rPr>
        <w:t xml:space="preserve">6. </w:t>
      </w:r>
      <w:r>
        <w:t>Решение общественного совета направляется в соответствующие федеральные органы исполнительной власти, органы государственной власти субъектов Российской Федерации, органы местного самоуправления, при которых он создан. Федеральные органы исполнительной власти, органы исполнительной власти субъектов Российской Федерации, органы местного самоуправления в течение одного месяца со дня получения решения общественного совета доводят его до</w:t>
      </w:r>
    </w:p>
    <w:p>
      <w:r>
        <w:rPr>
          <w:b/>
        </w:rPr>
        <w:t xml:space="preserve">7. </w:t>
      </w:r>
      <w:r>
        <w:t>Федеральные органы исполнительной власти, органы государственной власти субъектов Российской Федерации, органы местного самоуправления в течение первого квартала года, следующего за отчетным, осуществляют подготовку и утверждение соответствующих планов организаций в сфере культуры, охраны здоровья, образования, социального обслуживания и федеральных учреждений медико-социальной экспертизы по устранению недостатков, выявленных в ходе независимой оценки качества (далее также - планы по устранению недостатков), назначают должностных лиц, ответственных за размещение информации о результатах независимой оценки качества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официальный сайт), а также за достоверность, полноту и своевременность ее размещения, за ведение мониторинга посещений гражданами официального сайта и их отзывов, за организацию работы по устранению выявленных недостатков и информирование на официальном сайте граждан о принятых мерах</w:t>
      </w:r>
    </w:p>
    <w:p>
      <w:r>
        <w:rPr>
          <w:b/>
        </w:rPr>
        <w:t xml:space="preserve">8. </w:t>
      </w:r>
      <w:r>
        <w:t>На официальном сайте обеспечиваются</w:t>
      </w:r>
    </w:p>
    <w:p>
      <w:r>
        <w:rPr>
          <w:b/>
        </w:rPr>
        <w:t xml:space="preserve">9. </w:t>
      </w:r>
      <w:r>
        <w:t>Должностные лица, указанные в части 7 настоящей статьи, ведут мониторинг посещений гражданами официального сайта и их отзывов, организуют работу по устранению выявленных недостатков и информируют граждан на официальном сайте о принятых мерах</w:t>
      </w:r>
    </w:p>
    <w:p>
      <w:r>
        <w:rPr>
          <w:b/>
        </w:rPr>
        <w:t xml:space="preserve">6. </w:t>
      </w:r>
      <w:r>
        <w:t>руководителей организаций, в отношении которых проводилась независимая оценка качества</w:t>
      </w:r>
    </w:p>
    <w:p>
      <w:r>
        <w:rPr>
          <w:b/>
        </w:rPr>
        <w:t xml:space="preserve">6. </w:t>
      </w:r>
      <w:r>
        <w:t>государственных органов исполнительной власти, органов местного самоуправления, в ведении которых находятся организации в сфере культуры, охраны здоровья, образования, социального обслуживания</w:t>
      </w:r>
    </w:p>
    <w:p>
      <w:r>
        <w:rPr>
          <w:b/>
        </w:rPr>
        <w:t xml:space="preserve">8. </w:t>
      </w:r>
      <w:r>
        <w:t>возможность поиска информации об организациях в сфере культуры, охраны здоровья, образования, социального обслуживания и о федеральных учреждениях медико-социальной экспертизы, в отношении которых проводится независимая оценка качества, об операторе, о результатах независимой оценки качества в соответствии с требованиями к качеству, удобству и простоте поиска, установленными уполномоченным Правительством Российской Федерации федеральным органом исполнительной власти, определяющим состав информации о результатах независимой оценки качества, в том числе о должностных лицах, указанных в части 7 настоящей статьи, и порядок ее размещения на официальном сайте</w:t>
      </w:r>
    </w:p>
    <w:p>
      <w:r>
        <w:rPr>
          <w:b/>
        </w:rPr>
        <w:t xml:space="preserve">8. </w:t>
      </w:r>
      <w:r>
        <w:t>возможность оставить гражданину отзыв о работе организаций в сфере культуры, охраны здоровья, образования, социального обслуживания и федеральных учреждений медико-социальной экспертизы, результатах независимой оценки качества и планах по устранению недостатков, размещенных на официальном сайте. Указанная возможность предоставляется для зарегистрированных в единой системе идентификации и аутентификации пользователей официального сайта</w:t>
      </w:r>
    </w:p>
    <w:p>
      <w:r>
        <w:rPr>
          <w:b/>
        </w:rPr>
        <w:t xml:space="preserve">8. </w:t>
      </w:r>
      <w:r>
        <w:t>формирование, обработка, хранение, поиск и предоставление данных о независимой оценке качества в формате открытых данных</w:t>
      </w:r>
    </w:p>
    <w:p>
      <w:r>
        <w:rPr>
          <w:b/>
        </w:rPr>
        <w:t xml:space="preserve">8. </w:t>
      </w:r>
      <w:r>
        <w:t>размещение планов по устранению недостатков и информации о ходе их исполнения в порядке и сроки, которые определены уполномоченным федеральным органом исполнительной власти, указанным в пункте 1 настоящей части</w:t>
      </w:r>
    </w:p>
    <w:p>
      <w:r>
        <w:rPr>
          <w:b/>
        </w:rPr>
        <w:t xml:space="preserve">8. </w:t>
      </w:r>
      <w:r>
        <w:t>размещение информации о должностных лицах, указанных в части 7 настоящей статьи</w:t>
      </w:r>
    </w:p>
    <w:p>
      <w:r>
        <w:rPr>
          <w:b/>
        </w:rPr>
        <w:t>Статья 12</w:t>
      </w:r>
    </w:p>
    <w:p>
      <w:r>
        <w:rPr>
          <w:b/>
        </w:rPr>
        <w:t xml:space="preserve">1. </w:t>
      </w:r>
      <w:r>
        <w:t>Правительство Российской Федерации утверждает</w:t>
      </w:r>
    </w:p>
    <w:p>
      <w:r>
        <w:rPr>
          <w:b/>
        </w:rPr>
        <w:t xml:space="preserve">2. </w:t>
      </w:r>
      <w:r>
        <w:t>В целях методического обеспечения проведения независимой оценки качества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устанавливает единый порядок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
        <w:rPr>
          <w:b/>
        </w:rPr>
        <w:t xml:space="preserve">3. </w:t>
      </w:r>
      <w:r>
        <w:t>Федеральные органы исполнительной власти, осуществляющие функции по выработке и реализации государственной политики и нормативно-правовому регулированию в сфере культуры, охраны здоровья, общего образования, высшего образования, социальной защиты: (В редакции Федерального закона от 26.07.2019 № 232-ФЗ) 1) взаимодействуют с другими федеральными органами исполнительной власти, в ведении которых находятся организации в сфере культуры, охраны здоровья, образования и социального обслуживания, а также органами исполнительной власти субъектов Российской Федерации по вопросам организации и проведения независимой оценки качества;</w:t>
      </w:r>
    </w:p>
    <w:p>
      <w:r>
        <w:rPr>
          <w:b/>
        </w:rPr>
        <w:t xml:space="preserve">1. </w:t>
      </w:r>
      <w:r>
        <w:t>форму обязательного публичного отчета высшего должностного лица субъекта Российской Федерации (руководителя органа исполнительной власти субъекта Российской Федерации)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представляемого в законодательный (представительный) орган государственной власти субъекта Российской Федерации</w:t>
      </w:r>
    </w:p>
    <w:p>
      <w:r>
        <w:rPr>
          <w:b/>
        </w:rPr>
        <w:t xml:space="preserve">1. </w:t>
      </w:r>
      <w:r>
        <w:t>форму плана по устранению недостатков, выявленных в ходе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
        <w:rPr>
          <w:b/>
        </w:rPr>
        <w:t xml:space="preserve">3. </w:t>
      </w:r>
      <w:r>
        <w:t>осуществляют мониторинг проведения независимой оценки качества в субъектах Российской Федерации и рассматривают его итоги ежеквартально на заседаниях созданных при них общественных советов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
        <w:rPr>
          <w:b/>
        </w:rPr>
        <w:t>Статья 13</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