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рынке ценных бумаг" и статью 3 Федерального закона "О саморегулируемых организациях в сфере финансового рынка"</w:t>
      </w:r>
    </w:p>
    <w:p>
      <w:r>
        <w:rPr>
          <w:b/>
        </w:rPr>
        <w:t>Статья 1</w:t>
      </w:r>
    </w:p>
    <w:p>
      <w:r>
        <w:t>Внести в Федеральный закон от 22 апреля 1996 года № 39-ФЗ "О рынке ценных бумаг" (Собрание законодательства Российской Федерации, 1996, № 17, ст. 1918; 2001, № 33, ст. 3424; 2002, № 52, ст. 5141; 2004, № 31, ст. 3225; 2005, № 11, ст. 900; № 25, ст. 2426; 2006, № 1, ст. 5; № 2, ст. 172; № 17, ст. 1780; № 31, ст. 3437; 2007, № 1, ст. 45; № 22, ст. 2563; № 41, ст. 4845; № 50, ст. 6247, 6249; 2009, № 18, ст. 2154; № 48, ст. 5731; 2010, № 17, ст. 1988; № 31, ст. 4193; № 41, ст. 5193; 2011, № 7, ст. 905; № 23, ст. 3262; № 27, ст. 3873; № 29, ст. 4291; № 48, ст. 6728; № 49, ст. 7040; № 50, ст. 7357; 2012, № 25, ст. 3269; № 53, ст. 7607; 2013, № 26, ст. 3207; № 30, ст. 4084; № 51, ст. 6699; 2014, № 30, ст. 4219; 2015, № 1, ст. 13; № 27, ст. 4001; № 29, ст. 4348, 4357; 2016, № 1, ст. 50; № 27, ст. 4225; 2017, № 25, ст. 3592) следующие изменения: 1) часть восемнадцатую статьи 2 дополнить словами ", а также лица, которые осуществляют деятельность, указанную в статье 61 настоящего Федерального закона"; 2) статью 3 дополнить пунктом 9 следующего содержания: "9. В целях заключения договора о брокерском обслуживании брокер вправе привлекать иное юридическое лицо только на основании договора поручения (далее - поверенный брокера). Брокер несет ответственность за нарушение поверенным брокера законодательства Российской Федерации и нормативных актов Банка России. Условия и порядок привлечения брокером поверенного брокера устанавливаются базовым стандартом, разработанным, согласованным и утвержденным в соответствии с требованиями Федерального закона от 13 июля 2015 года № 223-ФЗ "О саморегулируемых организациях в сфере финансового рынка"."; 3) статью 5 дополнить частью семнадцатой следующего содержания: "В целях заключения договора доверительного управления управляющий вправе привлекать иное юридическое лицо только на основании договора поручения (далее - поверенный управляющего). Управляющий несет ответственность за нарушение поверенным управляющего законодательства Российской Федерации и нормативных актов Банка России. Условия и порядок привлечения управляющим поверенного управляющего устанавливаются базовым стандартом, разработанным, согласованным и утвержденным в соответствии с требованиями Федерального закона от 13 июля 2015 года № 223-ФЗ "О саморегулируемых организациях в сфере финансового рынка"."; 4) дополнить статьями 61 и 62 следующего содержания: "Статья 61. Деятельность по инвестиционному консультированию 1. Деятельностью по инвестиционному консультированию признается оказание консультационных услуг в отношении ценных бумаг, сделок с ними и (или) заключения договоров, являющихся производными финансовыми инструментами, путем предоставления индивидуальных инвестиционных рекомендаций. Не является деятельностью по инвестиционному консультированию предоставление профессиональным участником рынка ценных бумаг, управляющей компанией инвестиционного фонда, паевого инвестиционного фонда и негосударственного пенсионного фонда, кредитной организацией, негосударственным пенсионным фондом, страховой организацией, страховым брокером информации о своих услугах и (или) выпущенных (эмитированных) ими финансовых инструментах при условии, что предоставляемая информация не содержит индивидуальной инвестиционной рекомендации. Инвестиционное консультирование осуществляется на основании договора (договор об инвестиционном консультировании).</w:t>
      </w:r>
    </w:p>
    <w:p>
      <w:r>
        <w:rPr>
          <w:b/>
        </w:rPr>
        <w:t xml:space="preserve">2. </w:t>
      </w:r>
      <w:r>
        <w:t>Профессиональный участник рынка ценных бумаг, осуществляющий деятельность по инвестиционному консультированию, именуется инвестиционным советником. Инвестиционным советником может быть юридическое лицо, которое создано в соответствии с законодательством Российской Федерации, или индивидуальный предприниматель, являющиеся членами саморегулируемой организации в сфере финансового рынка, объединяющей инвестиционных советников, и включенные в единый реестр инвестиционных советников. Слова "инвестиционный советник", производные от них слова и сочетания с ними в фирменном наименовании могут использоваться только инвестиционными советниками</w:t>
      </w:r>
    </w:p>
    <w:p>
      <w:r>
        <w:rPr>
          <w:b/>
        </w:rPr>
        <w:t xml:space="preserve">3. </w:t>
      </w:r>
      <w:r>
        <w:t>Банк России устанавливает порядок ведения единого реестра инвестиционных советников, ведет указанный реестр, предоставляет заинтересованным лицам сведения, содержащиеся в указанном реестре, размещает эти сведения в информационно-телекоммуникационной сети "Интернет". Для включения в единый реестр инвестиционных советников юридическое лицо и индивидуальный предприниматель должны соответствовать требованиям, установленным к инвестиционным советникам настоящим Федеральным законом и принятыми в соответствии с ним нормативными актами Банка России. Банк России принимает решение о внесении сведений о лице в единый реестр инвестиционных советников или об отказе во внесении сведений о лице в единый реестр инвестиционных советников на основании заявления и документов, перечень которых устанавливается нормативным актом Банка России. Порядок, сроки принятия указанного решения и форма заявления о внесении сведений о лице в единый реестр инвестиционных советников устанавливаются нормативным актом Банка России. Во внесении сведений о лице в единый реестр инвестиционных советников может быть отказано по основаниям, установленным Банком России</w:t>
      </w:r>
    </w:p>
    <w:p>
      <w:r>
        <w:rPr>
          <w:b/>
        </w:rPr>
        <w:t xml:space="preserve">4. </w:t>
      </w:r>
      <w:r>
        <w:t>Основанием для принятия Банком России решения об исключении сведений об инвестиционном советнике из единого реестра инвестиционных советников является</w:t>
      </w:r>
    </w:p>
    <w:p>
      <w:r>
        <w:rPr>
          <w:b/>
        </w:rPr>
        <w:t xml:space="preserve">5. </w:t>
      </w:r>
      <w:r>
        <w:t>Саморегулируемая организация обязана не позднее следующего дня после дня принятия решения о прекращении членства инвестиционного советника сообщить об этом в Банк России. Банк России обязан не позднее следующего дня после дня получения такого сообщения исключить лицо из единого реестра инвестиционных советников и направить ему соответствующее уведомление</w:t>
      </w:r>
    </w:p>
    <w:p>
      <w:r>
        <w:rPr>
          <w:b/>
        </w:rPr>
        <w:t xml:space="preserve">6. </w:t>
      </w:r>
      <w:r>
        <w:t>Инвестиционные советники, являющиеся индивидуальными предпринимателями, органы управления инвестиционных советников, являющихся юридическими лицами, и их работники должны соответствовать требованиям, установленным пунктом 1 статьи 101 настоящего Федерального закона</w:t>
      </w:r>
    </w:p>
    <w:p>
      <w:r>
        <w:rPr>
          <w:b/>
        </w:rPr>
        <w:t xml:space="preserve">7. </w:t>
      </w:r>
      <w:r>
        <w:t>Инвестиционный советник, являющийся юридическим лицом, вправе совмещать свою деятельность с иными видами профессиональной деятельности на рынке ценных бумаг и деятельностью кредитной организации. Инвестиционный советник также вправе совмещать свою деятельность с любой иной не подлежащей лицензированию в соответствии с законодательством Российской Федерации деятельностью</w:t>
      </w:r>
    </w:p>
    <w:p>
      <w:r>
        <w:rPr>
          <w:b/>
        </w:rPr>
        <w:t xml:space="preserve">4. </w:t>
      </w:r>
      <w:r>
        <w:t>заявление инвестиционного советника, поданное в Банк России</w:t>
      </w:r>
    </w:p>
    <w:p>
      <w:r>
        <w:rPr>
          <w:b/>
        </w:rPr>
        <w:t xml:space="preserve">4. </w:t>
      </w:r>
      <w:r>
        <w:t>прекращение членства инвестиционного советника в саморегулируемой организации в сфере финансового рынка, объединяющей инвестиционных советников</w:t>
      </w:r>
    </w:p>
    <w:p>
      <w:r>
        <w:rPr>
          <w:b/>
        </w:rPr>
        <w:t xml:space="preserve">4. </w:t>
      </w:r>
      <w:r>
        <w:t>неоднократное нарушение инвестиционным советником при осуществлении деятельности по инвестиционному консультированию требований настоящего Федерального закона и принятых в соответствии с ним нормативных актов Банка России</w:t>
      </w:r>
    </w:p>
    <w:p>
      <w:r>
        <w:rPr>
          <w:b/>
        </w:rPr>
        <w:t>Статья 62. Предоставление индивидуальных инвестиционных рекомендаций</w:t>
      </w:r>
    </w:p>
    <w:p>
      <w:r>
        <w:rPr>
          <w:b/>
        </w:rPr>
        <w:t xml:space="preserve">1. </w:t>
      </w:r>
      <w:r>
        <w:t>Инвестиционный советник обязан оказывать услуги по инвестиционному консультированию добросовестно, разумно и действовать в интересах клиента</w:t>
      </w:r>
    </w:p>
    <w:p>
      <w:r>
        <w:rPr>
          <w:b/>
        </w:rPr>
        <w:t xml:space="preserve">2. </w:t>
      </w:r>
      <w:r>
        <w:t>Инвестиционный советник предоставляет индивидуальные инвестиционные рекомендации клиенту в соответствии с его инвестиционным профилем. В целях настоящей статьи под инвестиционным профилем понимается информация о доходности от операций с финансовыми инструментами, на которую рассчитывает клиент, о периоде времени, за который определяется такая доходность, а также о допустимом для клиента риске убытков от таких операций, если клиент не является квалифицированным инвестором. Порядок определения инвестиционного профиля клиента устанавливается Банком России</w:t>
      </w:r>
    </w:p>
    <w:p>
      <w:r>
        <w:rPr>
          <w:b/>
        </w:rPr>
        <w:t xml:space="preserve">3. </w:t>
      </w:r>
      <w:r>
        <w:t>Для определения инвестиционного профиля клиента инвестиционный советник должен запросить у клиента необходимую информацию. При этом инвестиционный советник не обязан проверять достоверность представленной информации, а в случае, если клиент является квалифицированным инвестором, вправе не запрашивать информацию о допустимом для клиента риске. В случае отказа клиента представить предусмотренную настоящим пунктом информацию инвестиционный советник не вправе предоставлять индивидуальную инвестиционную рекомендацию</w:t>
      </w:r>
    </w:p>
    <w:p>
      <w:r>
        <w:rPr>
          <w:b/>
        </w:rPr>
        <w:t xml:space="preserve">4. </w:t>
      </w:r>
      <w:r>
        <w:t>Инвестиционный советник несет ответственность за неисполнение и (или) ненадлежащее исполнение своих обязанностей при оказании услуг по инвестиционному консультированию в соответствии с законодательством Российской Федерации и договором об инвестиционном консультировании. Инвестиционный советник не несет ответственности за убытки, причиненные вследствие индивидуальной инвестиционной рекомендации, основанной на представленной клиентом недостоверной информации</w:t>
      </w:r>
    </w:p>
    <w:p>
      <w:r>
        <w:rPr>
          <w:b/>
        </w:rPr>
        <w:t xml:space="preserve">5. </w:t>
      </w:r>
      <w:r>
        <w:t>Индивидуальная инвестиционная рекомендация должна включать в себя описание ценной бумаги и планируемой с ней сделки и (или) договора, являющегося производным финансовым инструментом, в отношении которых дается такая рекомендация, описание рисков, связанных с соответствующими ценной бумагой или производным финансовым инструментом, сделкой с ценной бумагой и (или) заключением договора, являющегося производным финансовым инструментом, а также указание на наличие конфликта интересов у инвестиционного советника, имеющего место при оказании услуг, либо на его отсутствие. Требования к форме предоставления индивидуальной инвестиционной рекомендации устанавливаются Банком России</w:t>
      </w:r>
    </w:p>
    <w:p>
      <w:r>
        <w:rPr>
          <w:b/>
        </w:rPr>
        <w:t xml:space="preserve">6. </w:t>
      </w:r>
      <w:r>
        <w:t>В случае, если предоставление индивидуальных инвестиционных рекомендаций осуществляется посредством программ для электронных вычислительных машин, в том числе в информационно-телекоммуникационной сети "Интернет", такие программы подлежат аккредитации в Банке России в установленном им порядке. Банк России вправе передать саморегулируемой организации в сфере финансового рынка, объединяющей инвестиционных советников, полномочия по аккредитации указанных программ</w:t>
      </w:r>
    </w:p>
    <w:p>
      <w:r>
        <w:rPr>
          <w:b/>
        </w:rPr>
        <w:t xml:space="preserve">7. </w:t>
      </w:r>
      <w:r>
        <w:t>При наличии у инвестиционного советника договоров с третьими лицами, предусматривающих вознаграждение за предоставление клиентам индивидуальных инвестиционных рекомендаций, инвестиционный советник обязан уведомить клиента о наличии таких договоров одновременно с предоставлением индивидуальной инвестиционной рекомендации.";</w:t>
      </w:r>
    </w:p>
    <w:p>
      <w:r>
        <w:rPr>
          <w:b/>
        </w:rPr>
        <w:t xml:space="preserve">7. </w:t>
      </w:r>
      <w:r>
        <w:t>статью 42 дополнить пунктом 39 следующего содержания: "39) утверждает требования к осуществлению деятельности по инвестиционному консультированию."</w:t>
      </w:r>
    </w:p>
    <w:p>
      <w:r>
        <w:rPr>
          <w:b/>
        </w:rPr>
        <w:t xml:space="preserve">7. </w:t>
      </w:r>
      <w:r>
        <w:t>пункт 16 статьи 44 дополнить словами ", требования к программам для электронных вычислительных машин, используемым для оказания услуг по инвестиционному консультированию"</w:t>
      </w:r>
    </w:p>
    <w:p>
      <w:r>
        <w:rPr>
          <w:b/>
        </w:rPr>
        <w:t>Статья 2</w:t>
      </w:r>
    </w:p>
    <w:p>
      <w:r>
        <w:t>Часть 1 статьи 3 Федерального закона от 13 июля 2015 года № 223-ФЗ "О саморегулируемых организациях в сфере финансового рынка" (Собрание законодательства Российской Федерации, 2015, № 29, ст. 4349) дополнить пунктом 17 следующего содержания: "17) инвестиционных советников.".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одного года после дня его официального опубликования</w:t>
      </w:r>
    </w:p>
    <w:p>
      <w:r>
        <w:rPr>
          <w:b/>
        </w:rPr>
        <w:t xml:space="preserve">2. </w:t>
      </w:r>
      <w:r>
        <w:t>Лица, осуществляющие деятельность по инвестиционному консультированию, обязаны вступить в саморегулируемую организацию в сфере финансового рынка, объединяющую инвестиционных советников, в течение шести месяцев со дня получения некоммерческой организацией статуса саморегулируемой организации в сфере финансового рынка, объединяющей инвестиционных советников</w:t>
      </w:r>
    </w:p>
    <w:p>
      <w:r>
        <w:rPr>
          <w:b/>
        </w:rPr>
        <w:t xml:space="preserve">3. </w:t>
      </w:r>
      <w:r>
        <w:t>В течение двух лет со дня вступления в силу настоящего Федерального закона требования о достаточном количестве членов для получения статуса саморегулируемой организации, установленные пунктом 1 части 4 статьи 3 Федерального закона от 13 июля 2015 года № 223-ФЗ "О саморегулируемых организациях в сфере финансового рынка", не применяются к саморегулируемым организациям в сфере финансового рынка, объединяющим инвестиционных советников, а также к некоммерческим организациям при получении статуса саморегулируемой организации в сфере финансового рынка, объединяющей инвестиционных советников</w:t>
      </w:r>
    </w:p>
    <w:p>
      <w:r>
        <w:rPr>
          <w:b/>
        </w:rPr>
        <w:t xml:space="preserve">4. </w:t>
      </w:r>
      <w:r>
        <w:t>Лица, осуществляющие деятельность, предусмотренную статьей 61 Федерального закона от 22 апреля 1996 года № 39-ФЗ "О рынке ценных бумаг", на день вступления в силу настоящего Федерального закона, должны быть включены в единый реестр инвестиционных советников до 1 июля 2019 года или прекратить осуществление такой деятельности. (Часть введена - Федеральный закон от 17.06.2019 № 149-ФЗ)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