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27 июля 2004 года № 79-ФЗ "О государственной гражданской службе Российской Федерации" (Собрание законодательства Российской Федерации, 2004, № 31, ст. 3215; 2011, № 1, ст. 31; 2013, № 19, ст. 2326; № 27, ст. 3477; 2017, № 31, ст. 4824) следующие изменения: 1) в части 2 статьи 43 слова "на электронных носителях" заменить словами "в базах данных государственных информационных систем, предусмотренных статьей 441 настоящего Федерального закона,"; 2) статью 44 дополнить частью 3 следующего содержания: "3. В кадровой работе используются государственные информационные системы, предусмотренные статьей 441 настоящего Федерального закона."; 3) главу 7 дополнить статьей 441 следующего содержания: "Статья 441. Государственные информационные системы, используемые на гражданской службе 1. В целях информационного обеспечения федеральной гражданской службы и оптимизации работы кадровых служб федеральных государственных органов используется федеральная государственная информационная система в области государственной службы. Порядок использования федеральной государственной информационной системы в области государственной службы устанавливается Правительством Российской Федерации.</w:t>
      </w:r>
    </w:p>
    <w:p>
      <w:r>
        <w:rPr>
          <w:b/>
        </w:rPr>
        <w:t xml:space="preserve">2. </w:t>
      </w:r>
      <w:r>
        <w:t>Особенности использования федеральной государственной информационной системы в области государственной службы в отдельных федеральных государственных органах определяются Президентом Российской Федерации</w:t>
      </w:r>
    </w:p>
    <w:p>
      <w:r>
        <w:rPr>
          <w:b/>
        </w:rPr>
        <w:t xml:space="preserve">3. </w:t>
      </w:r>
      <w:r>
        <w:t>В целях информационного обеспечения гражданской службы субъекта Российской Федерации и оптимизации работы кадровых служб государственных органов субъекта Российской Федерации на основании нормативного правового акта субъекта Российской Федерации используется федеральная государственная информационная система в области государственной службы или создается государственная информационная система в области гражданской службы субъекта Российской Федерации, которая должна быть совместима с федеральной государственной информационной системой в области государственной службы и соответствовать унифицированным требованиям к объему и содержанию сведений о кадровом обеспечении государственных органов, подлежащих хранению, обработке и передаче в электронном виде. Указанные требования устанавливаются федеральным органом исполнительной власти, уполномоченным Правительством Российской Федерации."</w:t>
      </w:r>
    </w:p>
    <w:p>
      <w:r>
        <w:rPr>
          <w:b/>
        </w:rPr>
        <w:t>Статья 2</w:t>
      </w:r>
    </w:p>
    <w:p>
      <w:r>
        <w:t>В части 11 статьи 14 Федерального закона от 22 декабря 2008 года № 262-ФЗ "Об обеспечении доступа к информации о деятельности судов в Российской Федерации" (Собрание законодательства Российской Федерации, 2008, № 52, ст. 6217; 2011, № 29, ст. 4291; 2013, № 27, ст. 3458; № 51, ст. 6686; 2014, № 11, ст. 1094; 2017, № 31, ст. 4772) слова "государственной информационной системы в области государственной службы" заменить словами "федеральной государственной информационной системы в области государственной службы".</w:t>
      </w:r>
    </w:p>
    <w:p>
      <w:r>
        <w:rPr>
          <w:b/>
        </w:rPr>
        <w:t>Статья 3</w:t>
      </w:r>
    </w:p>
    <w:p>
      <w:r>
        <w:t>Статью 15 Федерального закона от 25 декабря 2008 года № 273-ФЗ "О противодействии коррупции" (Собрание законодательства Российской Федерации, 2008, № 52, ст. 6228; 2017, № 27, ст. 3929) изложить в следующей редакции: "Статья 15. Реестр лиц, уволенных в связи с утратой доверия 1. Сведения о применении к лицу взыскания в виде увольнения (освобождения от должности) в связи с утратой доверия за совершение коррупционного правонарушения, за исключением сведений, составляющих государственную тайну, подлежат включению в реестр лиц, уволенных в связи с утратой доверия (далее - реестр), сроком на пять лет с момента принятия акта, явившегося основанием для включения в реестр.</w:t>
      </w:r>
    </w:p>
    <w:p>
      <w:r>
        <w:rPr>
          <w:b/>
        </w:rPr>
        <w:t xml:space="preserve">2. </w:t>
      </w:r>
      <w:r>
        <w:t>Реестр подлежит размещению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"Интернет"</w:t>
      </w:r>
    </w:p>
    <w:p>
      <w:r>
        <w:rPr>
          <w:b/>
        </w:rPr>
        <w:t xml:space="preserve">3. </w:t>
      </w:r>
      <w:r>
        <w:t>Сведения о лице,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правонарушения, исключаются из реестра в случаях</w:t>
      </w:r>
    </w:p>
    <w:p>
      <w:r>
        <w:rPr>
          <w:b/>
        </w:rPr>
        <w:t xml:space="preserve">4. </w:t>
      </w:r>
      <w:r>
        <w:t>Включение в реестр сведений о лице,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правонарушения, исключение из реестра сведений о лице,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правонарушения, размещение реестра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"Интернет" осуществляются в порядке, определяемом Правительством Российской Федерации."</w:t>
      </w:r>
    </w:p>
    <w:p>
      <w:r>
        <w:rPr>
          <w:b/>
        </w:rPr>
        <w:t xml:space="preserve">3. </w:t>
      </w:r>
      <w:r>
        <w:t>отмены акта, явившегося основанием для включения в реестр сведений о лице, уволенном в связи с утратой доверия за совершение коррупционного правонарушения</w:t>
      </w:r>
    </w:p>
    <w:p>
      <w:r>
        <w:rPr>
          <w:b/>
        </w:rPr>
        <w:t xml:space="preserve">3. </w:t>
      </w:r>
      <w:r>
        <w:t>вступления в установленном порядке в законную силу решения суда об отмене акта, явившегося основанием для включения в реестр сведений о лице, уволенном в связи с утратой доверия за совершение коррупционного правонарушения</w:t>
      </w:r>
    </w:p>
    <w:p>
      <w:r>
        <w:rPr>
          <w:b/>
        </w:rPr>
        <w:t xml:space="preserve">3. </w:t>
      </w:r>
      <w:r>
        <w:t>истечения пяти лет с момента принятия акта, явившегося основанием для включения в реестр сведений о лице, уволенном в связи с утратой доверия за совершение коррупционного правонарушения</w:t>
      </w:r>
    </w:p>
    <w:p>
      <w:r>
        <w:rPr>
          <w:b/>
        </w:rPr>
        <w:t xml:space="preserve">3. </w:t>
      </w:r>
      <w:r>
        <w:t>смерти лица,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</w:t>
      </w:r>
    </w:p>
    <w:p>
      <w:r>
        <w:rPr>
          <w:b/>
        </w:rPr>
        <w:t>Статья 4</w:t>
      </w:r>
    </w:p>
    <w:p>
      <w:r>
        <w:t>В части 21 статьи 13 Федерального закона от 9 февраля 2009 года № 8-ФЗ "Об обеспечении доступа к информации о деятельности государственных органов и органов местного самоуправления" (Собрание законодательства Российской Федерации, 2009, № 7, ст. 776; 2011, № 29, ст. 4291; 2013, № 23, ст. 2870; № 51, ст. 6686; № 52, ст. 6961; 2014, № 45, ст. 6141) слова "государственной информационной системы в области государственной службы" заменить словами "федеральной государственной информационной системы в области государственной службы".</w:t>
      </w:r>
    </w:p>
    <w:p>
      <w:r>
        <w:rPr>
          <w:b/>
        </w:rPr>
        <w:t>Статья 5</w:t>
      </w:r>
    </w:p>
    <w:p>
      <w:r>
        <w:t>Настоящий Федеральный закон вступает в силу с 1 января 2018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