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электроэнергетике" и отдельные законодательные акты Российской Федерации, связанных с лицензированием энергосбытовой деятельности</w:t>
      </w:r>
    </w:p>
    <w:p>
      <w:r>
        <w:rPr>
          <w:b/>
        </w:rPr>
        <w:t>Статья 1</w:t>
      </w:r>
    </w:p>
    <w:p>
      <w:r>
        <w:t>Внести в Федеральный закон от 26 марта 2003 года № 35-ФЗ "Об электроэнергетике" (Собрание законодательства Российской Федерации, 2003, № 13, ст. 1177; 2004, № 35, ст. 3607; 2005, № 1, ст. 37; 2007, № 45, ст. 5427; 2008, № 29, ст. 3418; № 52, ст. 6236; 2009, № 48, ст. 5711; 2010, № 31, ст. 4156, 4157, 4158, 4160; 2011, № 1, ст. 13; № 23, ст. 3263; № 30, ст. 4590, 4596; № 50, ст. 7336, 7343; 2012, № 26, ст. 3446; № 27, ст. 3587; № 53, ст. 7616; 2013, № 45, ст. 5797; № 48, ст. 6165; 2014, № 16, ст. 1840; № 30, ст. 4218; № 42, ст. 5615; 2015, № 1, ст. 19; № 29, ст. 4350, 4359; № 45, ст. 6208; 2016, № 1, ст. 70; № 14, ст. 1904; № 18, ст. 2508; № 26, ст. 3865; № 27, ст. 4201; 2017, № 1, ст. 49; № 27, ст. 3926; № 31, ст. 4822) следующие изменения</w:t>
      </w:r>
    </w:p>
    <w:p>
      <w:r>
        <w:t>в статье 3: а) абзац шестнадцатый изложить в следующей редакции: "энергосбытовые организации - организации, осуществляющие энергосбытовую деятельность;"; б) абзац двадцать девятый изложить в следующей редакции: "гарантирующий поставщик электрической энергии (далее - гарантирующий поставщик) - коммерческая организация, которой в соответствии с законодательством Российской Федерации присвоен статус гарантирующего поставщика, которая осуществляет энергосбытовую деятельность и обязана в соответствии с настоящим Федеральным законом заключить договор энергоснабжения, договор купли-продажи (поставки) электрической энергии (мощности) с любым обратившимся к ней потребителем электрической энергии либо с лицом, действующим от своего имени или от имени потребителя электрической энергии и в интересах указанного потребителя электрической энергии и желающим приобрести электрическую энергию;"; в) дополнить абзацами следующего содержания: "энергосбытовая деятельность - деятельность по продаже произведенной и (или) приобретенной электрической энергии, осуществляемая на розничных рынках в пределах Единой энергетической системы России и на территориях, технологическое соединение которых с Единой энергетической системой России отсутствует; лицензирование энергосбытовой деятельности - деятельность федерального органа исполнительной власти, уполномоченного Правительством Российской Федерации на осуществление лицензирования энергосбытовой деятельности (далее - лицензирующий орган), по предоставлению, переоформлению лицензий, осуществлению лицензионного контроля, прекращению действия лицензий, формированию и ведению сводного федерального реестра лицензий на осуществление энергосбытовой деятельности, а также по предоставлению в установленном порядке информации по вопросам лицензирования энергосбытовой деятельности; лицензия на осуществление энергосбытовой деятельности (далее - лицензия) - специальное разрешение на право осуществления энергосбытовой деятельности, которое подтверждается документом, выданным лицензирующим органом."</w:t>
      </w:r>
    </w:p>
    <w:p>
      <w:r>
        <w:t>пункт 2 статьи 20 дополнить абзацем следующего содержания: "лицензирование энергосбытовой деятельности."</w:t>
      </w:r>
    </w:p>
    <w:p>
      <w:r>
        <w:t>в статье 21: а) в пункте 1: дополнить новым абзацем сорок четвертым следующего содержания: "утверждает положение о лицензировании энергосбытовой деятельности."; абзац сорок четвертый считать абзацем сорок пятым; б) в пункте 2: дополнить новым абзацем сорок шестым следующего содержания: "лицензирование энергосбытовой деятельности."; абзац сорок шестой считать абзацем сорок седьмым; в) в абзаце седьмом пункта 3 слова ", законодательством Российской Федерации о лицензировании отдельных видов деятельности" исключить</w:t>
      </w:r>
    </w:p>
    <w:p>
      <w:r>
        <w:t>(Утратил силу - Федеральный закон от 11.06.2021 № 170-ФЗ) 5) пункт 1 статьи 35 дополнить абзацем следующего содержания: "получение лицензии на осуществление энергосбытовой деятельности гарантирующим поставщиком, энергосбытовой организацией, а также территориальной сетевой организацией для целей исполнения функций гарантирующего поставщика в соответствии с законодательством Российской Федерации об электроэнергетике."</w:t>
      </w:r>
    </w:p>
    <w:p>
      <w:r>
        <w:t>в пункте 2 статьи 37: абзац четвертый после слов "а также действующая" дополнить словами "от своего имени или от имени указанного лица и"; абзац пятый дополнить предложениями следующего содержания: "При обращении к гарантирующему поставщику энергосбытовой организации, договор купли-продажи электрической энергии (мощности), договор энергоснабжения с которой ранее был расторгнут гарантирующим поставщиком в одностороннем порядке по указанному основанию, или иной энергосбытовой организации для заключения договора купли-продажи электрической энергии (мощности), договора энергоснабжения в отношении энергопринимающих устройств потребителя при наличии перед гарантирующим поставщиком задолженности по оплате электрической энергии (мощности), поставленной в отношении этих энергопринимающих устройств, заключение указанного договора с энергосбытовой организацией осуществляется на условиях предоставления гарантирующему поставщику соответствующей установленным пунктом 6 статьи 38 настоящего Федерального закона требованиям банковской гарантии, обеспечивающей исполнение обязательств по оплате электрической энергии (мощности), подлежащей поставке по договору, за заключением которого обратилась указанная энергосбытовая организация, или по выбору указанной энергосбытовой организации на условиях полной предварительной оплаты электрической энергии (мощности). По согласованию с гарантирующим поставщиком исполнение обязательств энергосбытовой организации по оплате электрической энергии (мощности) может быть обеспечено иными способами. В случае невыполнения или ненадлежащего выполнения указанной энергосбытовой организацией обязательств по предоставлению обеспечения исполнения обязательства по оплате электрической энергии (мощности) либо обязательства по предварительной оплате электрической энергии (мощности) гарантирующий поставщик в одностороннем порядке вправе отказаться от исполнения договора полностью."</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2003, № 27, ст. 2700, 2708, 2717; № 46, ст. 4434; № 50, ст. 4847, 4855; 2004, № 31, ст. 3229; № 34, ст. 3529, 3533; № 44, ст. 4266; 2005, № 1, ст. 9, 13, 37, 40, 45; № 10, ст. 763; № 13, ст. 1075, 1077; № 19, ст. 1752; № 27, ст. 2719, 2721; № 30, ст. 3104, 3124, 3131; № 50, ст. 5247; № 52, ст. 5574; 2006, № 1, ст. 4, 10; № 2, ст. 172; № 6, ст. 636; № 10, ст. 1067; № 12, ст. 1234; № 17, ст. 1776; № 18, ст. 1907; № 19, ст. 2066; № 23, ст. 2380; № 31, ст. 3420, 3433, 3438, 3452; № 45, ст. 4641; № 50, ст. 5279, 5281; № 52, ст. 5498; 2007, № 1, ст. 21, 29; № 16, ст. 1825; № 26, ст. 3089; № 30, ст. 3755; № 31, ст. 4007, 4008, 4015; № 41, ст. 4845; № 43, ст. 5084; № 46, ст. 5553; 2008, № 18, ст. 1941; № 20, ст. 2251, 2259; № 30, ст. 3604; № 49, ст. 5745; № 52, ст. 6235, 6236; 2009, № 7, ст. 777; № 23, ст. 2759, 2776; № 26, ст. 3120, 3122; № 29, ст. 3597, 3599, 3642; № 30, ст. 3739; № 48, ст. 5711, 5724, 5755; № 52, ст. 6412; 2010, № 1, ст. 1; № 19, ст. 2291; № 21, ст. 2525, 2530; № 23, ст. 2790; № 25, ст. 3070; № 27, ст. 3416; № 30, ст. 4002, 4006, 4007; № 31, ст. 4158, 4164, 4193, 4195, 4206, 4207, 4208; № 32, ст. 4298; № 41, ст. 5192; № 49, ст. 6409; № 52, ст. 6984; 2011, № 1, ст. 10, 23, 54; № 7, ст. 901; № 15, ст. 2039; № 17, ст. 2310; № 19, ст. 2714, 2715; № 23, ст. 3260; № 27, ст. 3873, 3881; № 29, ст. 4290, 4298; № 30, ст. 4573, 4585, 4590, 4598, 4600, 4601, 4605; № 46, ст. 6406; № 47, ст. 6602; № 48, ст. 6728; № 49, ст. 7025, 7061; № 50, ст. 7342, 7345, 7346, 7351, 7352, 7355, 7362, 7366; 2012, № 6, ст. 621; № 10, ст. 1166; № 19, ст. 2278, 2281; № 24, ст. 3069, 3082; № 29, ст. 3996; № 31, ст. 4320, 4330; № 47, ст. 6402, 6403, 6404, 6405; № 49, ст. 6757; № 53, ст. 7577, 7602, 7640; 2013, № 14, ст. 1651, 1666; № 19, ст. 2323, 2325; № 23, ст. 2871; № 26, ст. 3207, 3208, 3209; № 27, ст. 3454, 3469, 3470, 3477; № 30, ст. 4025, 4027, 4029, 4030, 4031, 4032, 4033, 4034, 4036, 4040, 4044, 4078, 4082; № 31, ст. 4191; № 43, ст. 5443, 5444, 5445, 5452; № 44, ст. 5624, 5643; № 48, ст. 6161, 6163, 6165; № 49, ст. 6327, 6341, 6343; № 51, ст. 6683, 6685, 6695, 6696; № 52, ст. 6961, 6980, 6981, 6986, 6994, 7002; 2014, № 6, ст. 557, 559, 566; № 11, ст. 1092, 1096; № 14, ст. 1562; № 19, ст. 2302, 2306, 2310, 2317, 2324, 2325, 2326, 2327, 2330, 2335; № 26, ст. 3366, 3379; № 30, ст. 4211, 4214, 4218, 4228, 4233, 4248, 4256, 4259, 4264, 4278; № 42, ст. 5615; № 43, ст. 5799; № 48, ст. 6636, 6638, 6642, 6643, 6651; № 52, ст. 7541, 7548, 7550, 7557; 2015, № 1, ст. 29, 35, 37, 67, 74, 83, 85; № 10, ст. 1405, 1416; № 13, ст. 1811; № 18, ст. 2614, 2620; № 21, ст. 2981; № 24, ст. 3367, 3370; № 27, ст. 3945, 3950, 3966; № 29, ст. 4354, 4359, 4362, 4374, 4376, 4391; № 41, ст. 5629, 5637; № 44, ст. 6046; № 45, ст. 6205, 6208; № 48, ст. 6706, 6710, 6716; № 51, ст. 7249, 7250; 2016, № 1, ст. 11, 28, 59, 63, 76, 79, 84; № 10, ст. 1323; № 11, ст. 1481, 1490, 1491, 1493; № 15, ст. 2066; № 18, ст. 2509, 2514, 2515; № 23, ст. 3285; № 26, ст. 3871, 3876, 3877, 3884, 3887, 3891; № 27, ст. 4160, 4164, 4183, 4194, 4197, 4205, 4206, 4223, 4238, 4251, 4259, 4286, 4291, 4305; № 28, ст. 4558; № 50, ст. 6975; 2017, № 1, ст. 12, 31, 47; № 7, ст. 1030, 1032; № 9, ст. 1278; № 11, ст. 1535; № 17, ст. 2456, 2457; № 18, ст. 2664; № 22, ст. 3069; № 23, ст. 3227; № 24, ст. 3487; № 27, ст. 3947; № 30, ст. 4455; № 31, ст. 4738, 4755, 4812, 4814, 4815, 4816, 4827, 4828; № 47, ст. 6844, 6851; № 49, ст. 7308; № 50, ст. 7556, 7562; Официальный интернет-портал правовой информации (www.pravo.gov.ru), 20 декабря 2017 года, № 0001201712200010, № 0001201712200040) следующие изменения</w:t>
      </w:r>
    </w:p>
    <w:p>
      <w:r>
        <w:t>в абзаце первом части 1 статьи 3.5 после слов "частью 9 статьи 13.15, частью 2 статьи 13.35," дополнить словами "частью 2 статьи 14.14,", после слов "частью 2 статьи 14.57," дополнить словами "частью 33 статьи 19.5,", слова "предусмотренных частью 6 статьи 19.4" заменить словами "предусмотренных частью 3 статьи 14.14, частью 6 статьи 19.4"; (В редакции Федерального закона от 02.12.2019 № 405-ФЗ) 2) (Утратил силу - Федеральный закон от 01.07.2021 № 283-ФЗ) 3) статью 19.5 дополнить частью 33 следующего содержания: "33. Невыполнение или ненадлежащее выполнение в установленный срок законного предписания федерального органа исполнительной власти, уполномоченного на осуществление лицензирования энергосбытовой деятельности, об устранении нарушений лицензионных требований - влечет наложение административного штрафа на должностных лиц в размере от ста пятидесяти тысяч до двухсот тысяч рублей или дисквалификацию на срок до трех лет; на юридических лиц - от трехсот тысяч до пятисот тысяч рублей."</w:t>
      </w:r>
    </w:p>
    <w:p>
      <w:r>
        <w:t>в статье 23.1: а) в части 1 после цифр "14.13," дополнить цифрами "14.14,", слова "24 - 32 статьи 19.5" заменить словами "24 - 33 статьи 19.5"; б) абзац пятый части 3 после слова "предусмотренных" дополнить словами "статьей 14.14,", после цифр "14.61" дополнить словами ", частью 33 статьи 19.5, статьей 19.7 (в части административных правонарушений в сфере лицензирования энергосбытовой деятельности)"</w:t>
      </w:r>
    </w:p>
    <w:p>
      <w:r>
        <w:t>часть 2 статьи 28.3 дополнить пунктом 108 следующего содержания: "108) должностные лица федерального органа исполнительной власти, уполномоченного на осуществление лицензирования энергосбытовой деятельности, - об административных правонарушениях, предусмотренных статьей 14.14, частью 33 статьи 19.5 и статьей 19.7 (в части административных правонарушений в сфере лицензирования энергосбытовой деятельности) настоящего Кодекса."</w:t>
      </w:r>
    </w:p>
    <w:p>
      <w:r>
        <w:rPr>
          <w:b/>
        </w:rPr>
        <w:t>Статья 3</w:t>
      </w:r>
    </w:p>
    <w:p>
      <w:r>
        <w:t>Часть 2 статьи 1 Федерального закона от 4 мая 2011 года № 99-ФЗ "О лицензировании отдельных видов деятельности" (Собрание законодательства Российской Федерации, 2011, № 19, ст. 2716; № 48, ст. 6728; 2013, № 27, ст. 3477; 2014, № 30, ст. 4256; № 42, ст. 5615; 2015, № 1, ст. 11, 72; № 27, ст. 3951; № 29, ст. 4339, 4342; 2016, № 1, ст. 50; 2017, № 31, ст. 4765) дополнить пунктом 14 следующего содержания: "14) энергосбытовой деятельности.".</w:t>
      </w:r>
    </w:p>
    <w:p>
      <w:r>
        <w:rPr>
          <w:b/>
        </w:rPr>
        <w:t>Статья 4</w:t>
      </w:r>
    </w:p>
    <w:p>
      <w:r>
        <w:t>(Утратила силу - Федеральный закон от 11.06.2021 № 170-ФЗ)</w:t>
      </w:r>
    </w:p>
    <w:p>
      <w:r>
        <w:rPr>
          <w:b/>
        </w:rPr>
        <w:t>Статья 5</w:t>
      </w:r>
    </w:p>
    <w:p>
      <w:r>
        <w:rPr>
          <w:b/>
        </w:rPr>
        <w:t xml:space="preserve">1. </w:t>
      </w:r>
      <w:r>
        <w:t>Настоящий Федеральный закон вступает в силу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июля 2020 года. (В редакции Федерального закона от 25.12.2018 № 484-ФЗ)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