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донорстве крови и ее компонентов"</w:t>
      </w:r>
    </w:p>
    <w:p>
      <w:r>
        <w:rPr>
          <w:b/>
        </w:rPr>
        <w:t>Статья 1</w:t>
      </w:r>
    </w:p>
    <w:p>
      <w:r>
        <w:t>Внести в Федеральный закон от 20 июля 2012 года № 125-ФЗ "О донорстве крови и ее компонентов" (Собрание законодательства Российской Федерации, 2012, № 30, ст. 4176) следующие изменения</w:t>
      </w:r>
    </w:p>
    <w:p>
      <w:r>
        <w:t>пункт 1 части 2 статьи 8 изложить в следующей редакции: "1) установления в правилах заготовки, хранения, транспортировки и клинического использования донорской крови и ее компонентов, утверждаемых Правительством Российской Федерации, обязательных требований безопасности донорской крови и ее компонентов при их заготовке, хранении, транспортировке и клиническом использовании;"</w:t>
      </w:r>
    </w:p>
    <w:p>
      <w:r>
        <w:t>в статье 16: а) в части 3 слова "в соответствии с требованиями технического регламента о безопасности крови" исключить; б) в части 6 слова "требованиям технического регламента о безопасности крови" заменить словами "правилам заготовки, хранения, транспортировки и клинического использования донорской крови и ее компонентов"</w:t>
      </w:r>
    </w:p>
    <w:p>
      <w:r>
        <w:t>пункт 2 статьи 19 изложить в следующей редакции: "2) государственный контроль при осуществлении уполномоченным федеральным органом исполнительной власти, осуществляющим функции по организации деятельности службы крови, контроля за обеспечением безопасности донорской крови и ее компонентов в соответствии с Федеральным законом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 Государственный контроль за обеспечением безопасности донорской крови и ее компонентов осуществляется путем организации и проведения проверок соблюдения субъектами обращения донорской крови и (или) ее компонентов правил заготовки, хранения, транспортировки и клинического использования донорской крови и ее компонентов в порядке, установленном Правительством Российской Федерации."</w:t>
      </w:r>
    </w:p>
    <w:p>
      <w:r>
        <w:t>в статье 27: а) наименование изложить в следующей редакции: "Статья 27. Ответственность за несоблюдение правил заготовки, хранения, транспортировки и клинического использования донорской крови и ее компонентов"; б) в части 1 слова "требований безопасности технического регламента о безопасности крови" заменить словами "правил заготовки, хранения, транспортировки и клинического использования донорской крови и ее компонентов"; в) в части 2 слова "требований безопасности технического регламента о безопасности крови" заменить словами "правил заготовки, хранения, транспортировки и клинического использования донорской крови и ее компонентов"; г) в части 3 слова "требований безопасности технического регламента о безопасности крови" заменить словами "правил заготовки, хранения, транспортировки и клинического использования донорской крови и ее компонентов"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