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291. Ликвидация медицинских организаций, прекращение деятельности обособленных подразделений медицинских организаций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