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отдельные законодательные акты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2006, № 1, ст. 10; 2007, № 1, ст. 14; № 43, ст. 5084; 2008, № 30, ст. 3616; 2009, № 23, ст. 2776; № 39, ст. 4542; № 48, ст. 5711; 2010, № 31, ст. 4206; 2011, № 23, ст. 3263; № 30, ст. 4590; № 49, ст. 7027; № 50, ст. 7343; 2012, № 26, ст. 3446; № 27, ст. 3587; № 53, ст. 7596; 2013, № 14, ст. 1646; № 52, ст. 6982; 2014, № 23, ст. 2937; № 26, ст. 3406; № 30, ст. 4218, 4256, 4264; 2015, № 1, ст. 11; № 27, ст. 3967; № 29, ст. 4362; № 45, ст. 6208; 2016, № 1, ст. 24; № 5, ст. 559; № 27, ст. 4200, 4288; 2017, № 1, ст. 10; № 31, ст. 4806, 4807, 4828) следующие изменения: 1) в статье 20: а) часть 1 после слов "норматива потребления коммунальных ресурсов (коммунальных услуг)," дополнить словами "требований правил содержания общего имущества в многоквартирном доме и правил изменения размера платы за содержание жилого помещения,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после слов "социального использования (далее - обязательные требования)," дополнить словами "нарушений органами местного самоуправления, ресурсоснабжающими организациями, лицами, осуществляющими деятельность по управлению многоквартирными домами, требований к порядку размещения информации в системе,"; б) в части 42 в первом предложении слова "выявление в системе информации о фактах нарушения" заменить словами "выявление органом государственного жилищного надзора,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после слов "несоблюдения условий и методов установления нормативов потребления коммунальных ресурсов (коммунальных услуг)," дополнить словами "нарушения правил содержания общего имущества в многоквартирном доме и правил изменения размера платы за содержание жилого помещения,", дополнить словами ", о фактах нарушения органами местного самоуправления, ресурсоснабжающими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дополнить новым вторым предложением следующего содержания: "Основанием для проведения внеплановой проверки органом государственного жилищного надзора,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2) статью 44 дополнить частью 11 следующего содержания: "11.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порядке, предусмотренном настоящим Кодексом, в течение года со дня выдачи разрешения на ввод многоквартирного дома в эксплуатацию."; 3) статью 45 дополнить частью 31 следующего содержания: "31.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 4) в статье 46: а) в части 1 слово "Копии" заменить словом "Подлинники", после слов "потребительского кооператива" дополнить словами ", а при непосредственном способе управления многоквартирным домом в орган государственного жилищного надзора"; б) в части 11 слово "копий" заменить словом "подлинников", слово "копии" заменить словом "подлинники"; в) часть 4 изложить в следующей редакции: "4.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5) статью 110 дополнить частями 6 и 7 следующего содержания: "6.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7. </w:t>
      </w:r>
      <w:r>
        <w:t>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8. </w:t>
      </w:r>
      <w:r>
        <w:t>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12. </w:t>
      </w:r>
      <w:r>
        <w:t>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r>
        <w:rPr>
          <w:b/>
        </w:rPr>
        <w:t xml:space="preserve">13. </w:t>
      </w:r>
      <w:r>
        <w:t>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r>
        <w:rPr>
          <w:b/>
        </w:rPr>
        <w:t xml:space="preserve">51. </w:t>
      </w:r>
      <w:r>
        <w:t>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пунктами 1 - 5 части 1 статьи 193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r>
        <w:rPr>
          <w:b/>
        </w:rPr>
        <w:t xml:space="preserve">53. </w:t>
      </w:r>
      <w:r>
        <w:t>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r>
        <w:rPr>
          <w:b/>
        </w:rPr>
        <w:t xml:space="preserve">54. </w:t>
      </w:r>
      <w:r>
        <w:t>В случае вступления в законную силу решения суда о признании лицензиата банкротом в соответствии с Федеральным законом от 26 октября 2002 года №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 е) часть 6 дополнить предложением следующего содержания: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частью 3 статьи 200 настоящего Кодекса.";</w:t>
      </w:r>
    </w:p>
    <w:p>
      <w:r>
        <w:rPr>
          <w:b/>
        </w:rPr>
        <w:t xml:space="preserve">7. </w:t>
      </w:r>
      <w:r>
        <w:t>статью 135 дополнить частями 7 и 8 следующего содержания: "7.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8. </w:t>
      </w:r>
      <w:r>
        <w:t>части 22 и 23 статьи 155 признать утратившими силу</w:t>
      </w:r>
    </w:p>
    <w:p>
      <w:r>
        <w:rPr>
          <w:b/>
        </w:rPr>
        <w:t xml:space="preserve">8. </w:t>
      </w:r>
      <w:r>
        <w:t>статью 156 дополнить частями 11 - 13 следующего содержания: "11.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r>
        <w:rPr>
          <w:b/>
        </w:rPr>
        <w:t xml:space="preserve">12. </w:t>
      </w:r>
      <w:r>
        <w:t>о выявлении нарушения и выплате штрафа</w:t>
      </w:r>
    </w:p>
    <w:p>
      <w:r>
        <w:rPr>
          <w:b/>
        </w:rPr>
        <w:t xml:space="preserve">12. </w:t>
      </w:r>
      <w:r>
        <w:t>об отсутствии нарушения и отказе в выплате штрафа</w:t>
      </w:r>
    </w:p>
    <w:p>
      <w:r>
        <w:rPr>
          <w:b/>
        </w:rPr>
        <w:t xml:space="preserve">13. </w:t>
      </w:r>
      <w:r>
        <w:t>в статье 157:</w:t>
      </w:r>
    </w:p>
    <w:p>
      <w:r>
        <w:rPr>
          <w:b/>
        </w:rPr>
        <w:t xml:space="preserve">13. </w:t>
      </w:r>
      <w:r>
        <w:t>о выявлении нарушения и выплате штрафа</w:t>
      </w:r>
    </w:p>
    <w:p>
      <w:r>
        <w:rPr>
          <w:b/>
        </w:rPr>
        <w:t xml:space="preserve">13. </w:t>
      </w:r>
      <w:r>
        <w:t>об отсутствии нарушения и отказе в выплате штрафа.";</w:t>
      </w:r>
    </w:p>
    <w:p>
      <w:r>
        <w:rPr>
          <w:b/>
        </w:rPr>
        <w:t xml:space="preserve">13. </w:t>
      </w:r>
      <w:r>
        <w:t>в статье 161:</w:t>
      </w:r>
    </w:p>
    <w:p>
      <w:r>
        <w:rPr>
          <w:b/>
        </w:rPr>
        <w:t xml:space="preserve">13. </w:t>
      </w:r>
      <w:r>
        <w:t>часть 10 статьи 1611 изложить в следующей редакции: "10.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
        <w:rPr>
          <w:b/>
        </w:rPr>
        <w:t xml:space="preserve">13. </w:t>
      </w:r>
      <w:r>
        <w:t>в статье 162:</w:t>
      </w:r>
    </w:p>
    <w:p>
      <w:r>
        <w:rPr>
          <w:b/>
        </w:rPr>
        <w:t xml:space="preserve">13. </w:t>
      </w:r>
      <w:r>
        <w:t>часть 4 статьи 192 изложить в следующей редакции: "4.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выдана.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w:t>
      </w:r>
    </w:p>
    <w:p>
      <w:r>
        <w:rPr>
          <w:b/>
        </w:rPr>
        <w:t xml:space="preserve">13. </w:t>
      </w:r>
      <w:r>
        <w:t>в статье 193:</w:t>
      </w:r>
    </w:p>
    <w:p>
      <w:r>
        <w:rPr>
          <w:b/>
        </w:rPr>
        <w:t xml:space="preserve">13. </w:t>
      </w:r>
      <w:r>
        <w:t>в части 4 статьи 195 слова "на официальном сайте соответственно органа государственного жилищного надзора и уполномоченного федерального органа исполнительной власти в информационно-телекоммуникационной сети "Интернет" заменить словами "в системе"</w:t>
      </w:r>
    </w:p>
    <w:p>
      <w:r>
        <w:rPr>
          <w:b/>
        </w:rPr>
        <w:t xml:space="preserve">13. </w:t>
      </w:r>
      <w:r>
        <w:t>часть 3 статьи 196 после слов "юридических лиц," дополнить словами "приказа (распоряжения) главного государственного жилищного инспектора Российской Федерации о назначении внеплановой проверки, выданного в соответствии с частью 42 статьи 20 настоящего Кодекса,"</w:t>
      </w:r>
    </w:p>
    <w:p>
      <w:r>
        <w:rPr>
          <w:b/>
        </w:rPr>
        <w:t xml:space="preserve">13. </w:t>
      </w:r>
      <w:r>
        <w:t>часть 6 изложить в следующей редакции: "6.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r>
        <w:rPr>
          <w:b/>
        </w:rPr>
        <w:t xml:space="preserve">13. </w:t>
      </w:r>
      <w:r>
        <w:t>в статье 198:</w:t>
      </w:r>
    </w:p>
    <w:p>
      <w:r>
        <w:rPr>
          <w:b/>
        </w:rPr>
        <w:t xml:space="preserve">13. </w:t>
      </w:r>
      <w:r>
        <w:t>дополнить частью 7 следующего содержания: "7.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r>
        <w:rPr>
          <w:b/>
        </w:rPr>
        <w:t xml:space="preserve">13. </w:t>
      </w:r>
      <w:r>
        <w:t>дополнить частью 31 следующего содержания: "31.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r>
        <w:rPr>
          <w:b/>
        </w:rPr>
        <w:t xml:space="preserve">13. </w:t>
      </w:r>
      <w:r>
        <w:t>часть 12 после слов "Кодекса, договоров" дополнить словами ", в том числе в отношении коммунальных ресурсов, потребляемых при содержании общего имущества в многоквартирном доме,"</w:t>
      </w:r>
    </w:p>
    <w:p>
      <w:r>
        <w:rPr>
          <w:b/>
        </w:rPr>
        <w:t xml:space="preserve">13. </w:t>
      </w:r>
      <w:r>
        <w:t>дополнить частью 17 следующего содержания: "17.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порядке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частью 4 настоящей статьи, но не более одного года."</w:t>
      </w:r>
    </w:p>
    <w:p>
      <w:r>
        <w:rPr>
          <w:b/>
        </w:rPr>
        <w:t xml:space="preserve">13. </w:t>
      </w:r>
      <w:r>
        <w:t>часть 7 изложить в следующей редакции: "7.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r>
        <w:rPr>
          <w:b/>
        </w:rPr>
        <w:t xml:space="preserve">13. </w:t>
      </w:r>
      <w:r>
        <w:t>часть 10 изложить в следующей редакции: "10.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
        <w:rPr>
          <w:b/>
        </w:rPr>
        <w:t xml:space="preserve">13. </w:t>
      </w:r>
      <w:r>
        <w:t>дополнить частью 12 следующего содержания: "12.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r>
        <w:rPr>
          <w:b/>
        </w:rPr>
        <w:t xml:space="preserve">13. </w:t>
      </w:r>
      <w:r>
        <w:t>часть 1 дополнить пунктом 11 следующего содержания: "11)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r>
        <w:rPr>
          <w:b/>
        </w:rPr>
        <w:t xml:space="preserve">13. </w:t>
      </w:r>
      <w:r>
        <w:t>часть 2 дополнить словами "с указанием перечня грубых нарушений лицензионных требований"</w:t>
      </w:r>
    </w:p>
    <w:p>
      <w:r>
        <w:rPr>
          <w:b/>
        </w:rPr>
        <w:t xml:space="preserve">13. </w:t>
      </w:r>
      <w:r>
        <w:t>в части 2 слово "трех" заменить словом "пяти"</w:t>
      </w:r>
    </w:p>
    <w:p>
      <w:r>
        <w:rPr>
          <w:b/>
        </w:rPr>
        <w:t xml:space="preserve">13. </w:t>
      </w:r>
      <w:r>
        <w:t>часть 3 дополнить предложениями следующего содержания: "В случае непредставления лицензиатом указанных в части 2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частях 6 и 7 статьи 110, частях 7 и 8 статьи 135 настоящего Кодекса."</w:t>
      </w:r>
    </w:p>
    <w:p>
      <w:r>
        <w:rPr>
          <w:b/>
        </w:rPr>
        <w:t xml:space="preserve">13. </w:t>
      </w:r>
      <w:r>
        <w:t>дополнить частью 31 следующего содержания: "31.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части 2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r>
        <w:rPr>
          <w:b/>
        </w:rPr>
        <w:t xml:space="preserve">13. </w:t>
      </w:r>
      <w:r>
        <w:t>части 5 и 51 изложить в следующей редакции: "5.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частью 7 настоящей статьи случая принятия решения</w:t>
      </w:r>
    </w:p>
    <w:p>
      <w:r>
        <w:rPr>
          <w:b/>
        </w:rPr>
        <w:t xml:space="preserve">51. </w:t>
      </w:r>
      <w:r>
        <w:t>дополнить частями 52 - 54 следующего содержания: "52.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грубое нарушение лицензионных требований вновь совершено грубое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r>
        <w:rPr>
          <w:b/>
        </w:rPr>
        <w:t xml:space="preserve">54. </w:t>
      </w:r>
      <w:r>
        <w:t>в части 2 статьи 199 слова "в части 5" заменить словами "в частях 5 - 54", дополнить словами ", а также отсутствие в течение шести месяцев в реестре лицензий субъекта Российской Федерации сведений о многоквартирных домах, деятельность по управлению которыми осуществляет лицензиат"</w:t>
      </w:r>
    </w:p>
    <w:p>
      <w:r>
        <w:rPr>
          <w:b/>
        </w:rPr>
        <w:t xml:space="preserve">54. </w:t>
      </w:r>
      <w:r>
        <w:t>часть 1 статьи 200 изложить в следующей редакции: "1. Лицензиат в случае исключения сведений о многоквартирном доме из реестра лицензий субъекта Российской Федерации в порядке, установленном статьей 198 настоящего Кодекса, а также в случае, если действие лицензии прекращено или она аннулирована в соответствии со статьей 199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частью 3 настоящей статьи."</w:t>
      </w:r>
    </w:p>
    <w:p>
      <w:r>
        <w:rPr>
          <w:b/>
        </w:rPr>
        <w:t>Статья 2</w:t>
      </w:r>
    </w:p>
    <w:p>
      <w:r>
        <w:t>Внести в Федеральный закон от 21 июля 2014 года № 209-ФЗ "О государственной информационной системе жилищно-коммунального хозяйства" (Собрание законодательства Российской Федерации, 2014, № 30, ст. 4210; 2017, № 1, ст. 10) следующие изменения</w:t>
      </w:r>
    </w:p>
    <w:p>
      <w:r>
        <w:t>часть 2 статьи 7 изложить в следующей редакции: "2. Оператор системы определяется Правительством Российской Федерации."</w:t>
      </w:r>
    </w:p>
    <w:p>
      <w:r>
        <w:t>части 8 и 9 статьи 12 признать утратившими силу</w:t>
      </w:r>
    </w:p>
    <w:p>
      <w:r>
        <w:rPr>
          <w:b/>
        </w:rPr>
        <w:t>Статья 3</w:t>
      </w:r>
    </w:p>
    <w:p>
      <w:r>
        <w:t>Внести в Федеральный закон от 21 июля 2014 года № 263-ФЗ "О внесении изменений в отдельные законодательные акты Российской Федерации в связи с принятием Федерального закона "О государственной информационной системе жилищно-коммунального хозяйства" (Собрание законодательства Российской Федерации, 2014, № 30, ст. 4264; 2016, № 23, ст. 3299; 2017, № 1, ст. 10) следующие изменения</w:t>
      </w:r>
    </w:p>
    <w:p>
      <w:r>
        <w:t>абзацы третий и четвертый подпункта "б" пункта 10 статьи 2 признать утратившими силу</w:t>
      </w:r>
    </w:p>
    <w:p>
      <w:r>
        <w:t>в статье 6: а) в части 21 второе предложение исключить; б) в части 22 второе предложение исключить; в) части 6 и 7 признать утратившими силу</w:t>
      </w:r>
    </w:p>
    <w:p>
      <w:r>
        <w:rPr>
          <w:b/>
        </w:rPr>
        <w:t>Статья 4</w:t>
      </w:r>
    </w:p>
    <w:p>
      <w:r>
        <w:t>Признать утратившими силу</w:t>
      </w:r>
    </w:p>
    <w:p>
      <w:r>
        <w:t>пункт 3 статьи 3 Федерального закона от 2 июня 2016 года № 175-ФЗ "О внесении изменений в статьи 26 и 154 Жилищного кодекса Российской Федерации и отдельные законодательные акты Российской Федерации" (Собрание законодательства Российской Федерации, 2016, № 23, ст. 3299)</w:t>
      </w:r>
    </w:p>
    <w:p>
      <w:r>
        <w:t>пункты 3 и 4 статьи 2, пункты 5 и 6 статьи 3 Федерального закона от 28 декабря 2016 года № 469-ФЗ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2017, № 1, ст. 10)</w:t>
      </w:r>
    </w:p>
    <w:p>
      <w:r>
        <w:rPr>
          <w:b/>
        </w:rPr>
        <w:t>Статья 5</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5 и 6, подпункт "б" пункта 17 статьи 1 настоящего Федерального закона вступают в силу по истечении ста восьмидесяти дней после дня вступления в силу настоящего Федерального закона</w:t>
      </w:r>
    </w:p>
    <w:p>
      <w:r>
        <w:rPr>
          <w:b/>
        </w:rPr>
        <w:t xml:space="preserve">3. </w:t>
      </w:r>
      <w:r>
        <w:t>Подпункт "в" пункта 10 статьи 1 настоящего Федерального закона вступает в силу по истечении одного года после дня вступления в силу настоящего Федерального закона</w:t>
      </w:r>
    </w:p>
    <w:p>
      <w:r>
        <w:rPr>
          <w:b/>
        </w:rPr>
        <w:t xml:space="preserve">4. </w:t>
      </w:r>
      <w:r>
        <w:t>Пункт 1 статьи 2 настоящего Федерального закона вступает в силу с 1 марта 2018 года</w:t>
      </w:r>
    </w:p>
    <w:p>
      <w:r>
        <w:rPr>
          <w:b/>
        </w:rPr>
        <w:t xml:space="preserve">5. </w:t>
      </w:r>
      <w:r>
        <w:t>Пункт 7 статьи 1, пункт 2 статьи 2, статьи 3 и 4 настоящего Федерального закона вступают в силу с 1 января 2018 года</w:t>
      </w:r>
    </w:p>
    <w:p>
      <w:r>
        <w:rPr>
          <w:b/>
        </w:rPr>
        <w:t xml:space="preserve">6. </w:t>
      </w:r>
      <w:r>
        <w:t>Часть 2 статьи 193 и часть 52 статьи 198 Жилищного кодекса Российской Федерации (в редакции настоящего Федерального закона) применяются по истечении десяти дней со дня утверждения Правительством Российской Федерации перечня грубых нарушений лицензионных требований</w:t>
      </w:r>
    </w:p>
    <w:p>
      <w:r>
        <w:rPr>
          <w:b/>
        </w:rPr>
        <w:t xml:space="preserve">7. </w:t>
      </w:r>
      <w:r>
        <w:t>Срок действия лицензии на осуществление предпринимательской деятельности по управлению многоквартирными домами, предусмотренный частью 4 статьи 192 Жилищного кодекса Российской Федерации (в редакции настоящего Федерального закона), применяется к ранее выданным лицензиям на осуществление предпринимательской деятельности по управлению многоквартирными домами и исчисляется с 1 июня 2018 года. (В редакции Федерального закона от 21.11.2022 № 463-ФЗ)</w:t>
      </w:r>
    </w:p>
    <w:p>
      <w:r>
        <w:rPr>
          <w:b/>
        </w:rPr>
        <w:t xml:space="preserve">8. </w:t>
      </w:r>
      <w:r>
        <w:t>Лицензиаты, не соответствующие лицензионному требованию, предусмотренному пунктом 11 части 1 статьи 193 Жилищного кодекса Российской Федерации (в редакции настоящего Федерального закона), на день вступления в силу настоящего Федерального закона, в течение шести месяцев со дня его вступления в силу обязаны внести изменения в свои учредительные документы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