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об отдельных вопросах применения международных договоров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нефти сырой и отдельных категорий товаров, выработанных из нефти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