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и дополнений в Соглашение между Правительством Российской Федерации и Правительством Республики Беларусь об использовании миграционной карты единого образца от 5 октября 2004 года</w:t>
      </w:r>
    </w:p>
    <w:p>
      <w:r>
        <w:rPr>
          <w:b/>
        </w:rPr>
        <w:t>Статья None. Федеральный закон   от 19.02.2018 № 21-ФЗ</w:t>
      </w:r>
    </w:p>
    <w:p>
      <w:r>
        <w:t>О ратификации Протокола о внесении изменений и дополнений в Соглашение между Правительством Российской Федерации и Правительством Республики Беларусь об использовании миграционной карты единого образца от 5 октября 2004 года РОССИЙСКАЯ ФЕДЕРАЦИЯ ФЕДЕРАЛЬНЫЙ ЗАКОН О ратификации Протокола о внесении изменений и дополнений в Соглашение между Правительством Российской Федерации и Правительством Республики Беларусь об использовании миграционной карты единого образца от 5 октября 2004 года Принят Государственной Думой 9 февраля 2018 года Одобрен Советом Федерации 14 февраля 2018 года Ратифицировать Протокол о внесении изменений и дополнений в Соглашение между Правительством Российской Федерации и Правительством Республики Беларусь об использовании миграционной карты единого образца от 5 октября 2004 года, подписанный в городе Гродно 6 апреля 2017 года. Президент Российской Федерации В.Путин Москва, Кремль 19 февраля 2018 года № 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