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между Правительством Российской Федерации и Организацией Договора о коллективной безопасности о внесении изменений в Соглашение между Правительством Российской Федерации и Организацией Договора о коллективной безопасности об условиях пребывания Объединенного штаба Организации Договора о коллективной безопасности на территории Российской Федерации от 26 ноября 2007 г.</w:t>
      </w:r>
    </w:p>
    <w:p>
      <w:r>
        <w:rPr>
          <w:b/>
        </w:rPr>
        <w:t>Статья None. Федеральный закон   от 03.04.2018 № 58-ФЗ</w:t>
      </w:r>
    </w:p>
    <w:p>
      <w:r>
        <w:t>О ратификации Протокола между Правительством Российской Федерации и Организацией Договора о коллективной безопасности о внесении изменений в Соглашение между Правительством Российской Федерации и Организацией Договора о коллективной безопасности об условиях пребывания Объединенного штаба Организации Договора о коллективной безопасности на территории Российской Федерации от 26 ноября 2007 г. РОССИЙСКАЯ ФЕДЕРАЦИЯ ФЕДЕРАЛЬНЫЙ ЗАКОН О ратификации Протокола между Правительством Российской Федерации и Организацией Договора о коллективной безопасности о внесении изменений в Соглашение между Правительством Российской Федерации и Организацией Договора о коллективной безопасности об условиях пребывания Объединенного штаба Организации Договора о коллективной безопасности на территории Российской Федерации от 26 ноября 2007 г. Принят Государственной Думой 23 марта 2018 года Одобрен Советом Федерации 28 марта 2018 года Ратифицировать Протокол между Правительством Российской Федерации и Организацией Договора о коллективной безопасности о внесении изменений в Соглашение между Правительством Российской Федерации и Организацией Договора о коллективной безопасности об условиях пребывания Объединенного штаба Организации Договора о коллективной безопасности на территории Российской Федерации от 26 ноября 2007 г., подписанный в городе Москве 27 декабря 2016 года. Президент Российской Федерации В.Путин Москва, Кремль 3 апреля 2018 года № 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