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5 и 38 Федерального закона "О рекламе"</w:t>
      </w:r>
    </w:p>
    <w:p>
      <w:r>
        <w:rPr>
          <w:b/>
        </w:rPr>
        <w:t>Статья 1</w:t>
      </w:r>
    </w:p>
    <w:p>
      <w:r>
        <w:t>Внести в Федеральный закон от 13 марта 2006 года № 38-ФЗ "О рекламе" (Собрание законодательства Российской Федерации, 2006, № 12, ст. 1232; № 52, ст. 5497; 2007, № 7, ст. 839; № 16, ст. 1828; 2011, № 23, ст. 3255; № 30, ст. 4566, 4600; 2013, № 19, ст. 2325; № 27, ст. 3477; № 30, ст. 4033; № 43, ст. 5444; № 48, ст. 6165; № 51, ст. 6695; № 52, ст. 6981; 2016, № 27, ст. 4214) следующие изменения</w:t>
      </w:r>
    </w:p>
    <w:p>
      <w:r>
        <w:t>статью 5 дополнить частью 103 следующего содержания: "103. Не допускается размещение рекламы на платежных документах для внесения платы за жилое помещение и коммунальные услуги, в том числе на оборотной стороне таких документов. Положения настоящей части не распространяются на социальную рекламу и справочно-информационные сведения."</w:t>
      </w:r>
    </w:p>
    <w:p>
      <w:r>
        <w:t>в части 7 статьи 38 слова "частями 9 - 102, 12 статьи 5" заменить словами "частями 9 - 103, 12 статьи 5"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шестидесяти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