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2060) изменение, заменив слова "Ленинградская область - 85" словами "Ленинградская область - 87".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Ленинградской области в 2018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