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коммерческой тайне"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