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5-1 Федерального закона "О противодействии терроризму"</w:t>
      </w:r>
    </w:p>
    <w:p>
      <w:r>
        <w:rPr>
          <w:b/>
        </w:rPr>
        <w:t>Статья 1</w:t>
      </w:r>
    </w:p>
    <w:p>
      <w:r>
        <w:t>Внести в Федеральный закон от 6 марта 2006 года № 35-ФЗ "О противодействии терроризму" (Собрание законодательства Российской Федерации, 2006, № 11, ст. 1146; № 31, ст. 3452; 2011, № 19, ст. 2713; 2013, № 30, ст. 4041; № 44, ст. 5641; 2014, № 19, ст. 2335; 2016, № 28, ст. 4558) следующие изменения</w:t>
      </w:r>
    </w:p>
    <w:p>
      <w:r>
        <w:t>часть 41 статьи 5 изложить в следующей редакции: "41. В целях обеспечения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профилактике терроризма, а также по минимизации и (или)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власти, органов государственной власти субъектов Российской Федерации и иных лиц. Для организации взаимодействия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профилактике терроризма, а также по минимизации и (или) ликвидации последствий его проявлений и (или) для реализации решений органов, сформированных в соответствии с настоящей частью, могут издаваться акты (совместные акты) этих органов и формироваться коллегиальные органы по профилактике терроризма, минимизации и (или)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Федерации. Такие коллегиальные органы формируются по решению руководителя органа, сформированного в соответствии с настоящей частью, который утверждает положение о коллегиальном органе и его состав. Решения органов, сформированных в соответствии с настоящей частью, принятые в пределах их компетенции, обязательны для исполнения органами государственной власти субъектов Российской Федерации, органами местного самоуправления, организациями, должностными лицами и гражданами в соответствующем субъекте Российской Федерации. Неисполнение или нарушение указанных решений влечет ответственность, предусмотренную федеральными законами или законами субъектов Российской Федерации. В случае, если административная ответственность за указанные действия не установлена федеральным законом, она может быть установлена законом субъекта Российской Федерации."</w:t>
      </w:r>
    </w:p>
    <w:p>
      <w:r>
        <w:t>в части 1 статьи 51: а) в пункте 3 цифру "4" заменить цифрами "41"; б) дополнить пунктом 4 следующего содержания: "4) осуществляет иные полномочия по участию в профилактике терроризма, а также в минимизации и (или) ликвидации последствий его проявлений."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