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24.7 и 32.4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