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Туркменистаном о стратегическом партнерстве</w:t>
      </w:r>
    </w:p>
    <w:p>
      <w:r>
        <w:rPr>
          <w:b/>
        </w:rPr>
        <w:t>Статья None. Федеральный закон   от 27.06.2018 № 152-ФЗ</w:t>
      </w:r>
    </w:p>
    <w:p>
      <w:r>
        <w:t>О ратификации Договора между Российской Федерацией и Туркменистаном о стратегическом партнерстве РОССИЙСКАЯ ФЕДЕРАЦИЯ ФЕДЕРАЛЬНЫЙ ЗАКОН О ратификации Договора между Российской Федерацией и Туркменистаном о стратегическом партнерстве Принят Государственной Думой 6 июня 2018 года Одобрен Советом Федерации 20 июня 2018 года Ратифицировать Договор между Российской Федерацией и Туркменистаном о стратегическом партнерстве, подписанный в городе Ашхабаде 2 октября 2017 года. Президент Российской Федерации В.Путин Москва, Кремль 27 июня 2018 года № 152-ФЗ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