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71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часть 3 статьи 71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2014, № 23, ст. 2930; 2015, № 1, ст. 53; № 29, ст. 4364; 2016, № 1, ст. 78; № 27, ст. 4160; 2017, № 18, ст. 2670) изменение, заменив слова "в пунктах 1 и 2" словами "в пункте 1".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