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миграционном учете иностранных граждан и лиц без гражданства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21. Основание для учета по месту пребывания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