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системы профилактики безнадзорности и правонарушений несовершеннолетних", статьи 22 и 66 Федерального закона "Об образовании в Российской Федерации" и о признании утратившими силу отдельных законодательных актов (положений законодательных актов) РСФСР и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2001, № 3, ст. 216; 2003, № 28, ст. 2880; 2004, № 35, ст. 3607; № 49, ст. 4849; 2005, № 17, ст. 1485; 2007, № 27, ст. 3215; № 30, ст. 3808; № 49, ст. 6070; 2008, № 30, ст. 3616; 2011, № 1, ст. 39; № 49, ст. 7056; 2012, № 53, ст. 7622, 7644; 2013, № 27, ст. 3477; № 48, ст. 6165; № 52, ст. 7000; 2015, № 1, ст. 42; № 27, ст. 3970; № 29, ст. 4363; № 48, ст. 6679; 2016, № 18, ст. 2489; № 27, ст. 4292; 2017, № 24, ст. 3478) следующие изменения</w:t>
      </w:r>
    </w:p>
    <w:p>
      <w:r>
        <w:t>в подпункте 5 пункта 1 статьи 5 слова "меры административного взыскания" заменить словами "мер административной ответственности"</w:t>
      </w:r>
    </w:p>
    <w:p>
      <w:r>
        <w:t>в абзаце восьмом пункта 2 статьи 8 слова "несовершеннолетних, находящихся" заменить словами "несовершеннолетних и лиц, достигших возраста восемнадцати лет, находящихся"</w:t>
      </w:r>
    </w:p>
    <w:p>
      <w:r>
        <w:t>в абзаце третьем пункта 2 статьи 81 слово "исключение" заменить словом "отчисление"</w:t>
      </w:r>
    </w:p>
    <w:p>
      <w:r>
        <w:t>в статье 9: а) в пункте 2: в подпункте 5 слово "совершивших" заменить словами "в отношении которых совершены противоправные деяния либо которые совершили"; дополнить подпунктом 9 следующего содержания: "9) орган службы занятости - о выявлении несовершеннолетних, находящихся в социально опасном положении и нуждающихся в этой связи в оказании помощи в трудоустройстве, а также о несовершеннолетних, оставивших образовательную организацию в установленных Федеральным законом от 29 декабря 2012 года № 273-ФЗ "Об образовании в Российской Федерации" случаях и нуждающихся в этой связи в оказании помощи в трудоустройстве."; б) в пункте 4 слова "Должностные лица, родители несовершеннолетних или иные их законные представители" заменить словами "Родители или иные законные представители несовершеннолетних, должностные лица органов и учреждений системы профилактики безнадзорности и правонарушений несовершеннолетних"</w:t>
      </w:r>
    </w:p>
    <w:p>
      <w:r>
        <w:t>в статье 11: а) в пункте 2: подпункт 3 изложить в следующей редакции: "3) рассматривают вопросы, связанные с отчислением несовершеннолетних обучающихся из организаций, осуществляющих образовательную деятельность, в случаях, предусмотренных Федеральным законом от 29 декабря 2012 года № 273-ФЗ "Об образовании в Российской Федерации", и иные вопросы, связанные с их обучением;"; в подпункте 4 слова "трудовом и" исключить, после слов "в помощи государства," дополнить словами "оказание помощи по трудоустройству несовершеннолетних (с их согласия),"; дополнить подпунктом 7 следующего содержания: "7) осуществляют иные полномочия, которые предусмотрены законодательством Российской Федерации и законодательством субъектов Российской Федерации."; б) дополнить пунктом 22 следующего содержания: "22. Комиссии по делам несовершеннолетних и защите их прав наряду с проведением индивидуальной профилактической работы вправе принять решение в отношении несовершеннолетних, указанных в подпунктах 2, 4, 6, 8 пункта 1 статьи 5 настоящего Федерального закона, родителей или иных законных представителей несовершеннолетних в случаях совершения ими в присутствии несовершеннолетнего противоправных и (или) антиобщественных действий, оказывающих отрицательное влияние на поведение несовершеннолетнего, о проведении разъяснительной работы по вопросу о недопустимости совершения действий, ставших основанием для применения меры воздействия, и правовых последствиях их совершения."</w:t>
      </w:r>
    </w:p>
    <w:p>
      <w:r>
        <w:t>в статье 15: а) в пункте 2: в абзаце первом слова "уставами указанных учреждений или положениями о них" заменить словами "законодательством Российской Федерации и уставами указанных учреждений"; подпункт 1 изложить в следующей редакции: "1) принимают для содержания, воспитания и обучения лиц в возрасте от восьми до восемнадцати лет, требующих специального педагогического подхода, на основании постановления комиссии по делам несовершеннолетних и защите их прав, заключения психолого-медико-педагогической комиссии и при наличии согласия родителей или иных законных представителей несовершеннолетних, а также согласия несовершеннолетних, достигших возраста четырнадцати лет;"; б) в пункте 7: в абзаце втором слова "и комиссии по делам несовершеннолетних и защите их прав по месту нахождения учреждения," заменить словами ", согласованного с комиссией по делам несовершеннолетних и защите их прав по месту нахождения учреждения и"; в абзаце четвертом слова "представления администрации учреждения и комиссии по делам несовершеннолетних и защите их прав по месту нахождения учреждения" заменить словами "представления администрации учреждения, согласованного с комиссией по делам несовершеннолетних и защите их прав по месту нахождения учреждения,", слова "заключения администрации учреждения и комиссии" заменить словами "заключения администрации учреждения, согласованного с комиссией"; в абзаце пятом слова "и комиссии по делам несовершеннолетних и защите их прав" заменить словами ", согласованное с комиссией по делам несовершеннолетних и защите их прав,"; в абзаце седьмом слова "и комиссии по делам несовершеннолетних и защите их прав по месту нахождения учреждения" заменить словами ", согласованного с комиссией по делам несовершеннолетних и защите их прав по месту нахождения учреждения,"; в) в пункте 9: в абзаце первом слова "уставом указанного учреждения или положением о нем" заменить словами "законодательством Российской Федерации и уставом указанного учреждения"; подпункт 1 дополнить словами "; ограничение в пользовании средствами сотовой (мобильной) связи, в том числе в доступе к информационно-телекоммуникационной сети "Интернет", не приводящее к ограничению либо лишению контактов несовершеннолетних с родителями или иными законными представителями"; абзац первый подпункта 4 изложить в следующей редакции: "4) готовит мотивированное представление или заключение в суд по месту нахождения указанного учреждения, подлежащие согласованию с комиссией по делам несовершеннолетних и защите их прав, по вопросам:"; г) пункт 12 изложить в следующей редакции: "12. Порядок организации и осуществления деятельности специальных учебно-воспитательных учреждений открытого и закрытого типа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образования."</w:t>
      </w:r>
    </w:p>
    <w:p>
      <w:r>
        <w:t>в статье 26: а) в абзаце втором пункта 1 слово "воспитательного" исключить; б) в пункте 4 слово "воспитательного" исключить</w:t>
      </w:r>
    </w:p>
    <w:p>
      <w:r>
        <w:t>в подпункте 2 пункта 5 статьи 28 слово "воспитательного" исключить</w:t>
      </w:r>
    </w:p>
    <w:p>
      <w:r>
        <w:t>в подпункте 3 статьи 31 слово "воспитательного" исключить</w:t>
      </w:r>
    </w:p>
    <w:p>
      <w:r>
        <w:rPr>
          <w:b/>
        </w:rPr>
        <w:t>Статья 2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7598) следующие изменения</w:t>
      </w:r>
    </w:p>
    <w:p>
      <w:r>
        <w:t>часть 9 статьи 22 изложить в следующей редакции: "9. Для обучающихся с девиантным (общественно опасным) поведением, нуждающихся в особых условиях воспитания, обучения и требующих специального педагогического подхода, Российской Федерацией или субъектом Российской Федерации создаются образовательные организации (специальные учебно-воспитательные учреждения открытого и закрытого типа), порядок направления в которые и условия пребывания в которых несовершеннолетних граждан определяются Федеральным законом от 24 июня 1999 года № 120-ФЗ "Об основах системы профилактики безнадзорности и правонарушений несовершеннолетних"."</w:t>
      </w:r>
    </w:p>
    <w:p>
      <w:r>
        <w:t>часть 12 статьи 66 признать утратившей силу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Указ Президиума Верховного Совета РСФСР от 3 июня 1967 года "Об утверждении Положения о комиссиях по делам несовершеннолетних" (Ведомости Верховного Совета РСФСР, 1967, № 23, ст. 536)</w:t>
      </w:r>
    </w:p>
    <w:p>
      <w:r>
        <w:t>Указ Президиума Верховного Совета РСФСР от 21 января 1969 года "О внесении изменений и дополнений в Уголовно-процессуальный кодекс РСФСР и Положение о комиссиях по делам несовершеннолетних" (Ведомости Верховного Совета РСФСР, 1969, № 4, ст. 89)</w:t>
      </w:r>
    </w:p>
    <w:p>
      <w:r>
        <w:t>Указ Президиума Верховного Совета РСФСР от 28 мая 1971 года "О внесении изменений и дополнений в Положение о комиссиях по делам несовершеннолетних и в Положение о наблюдательных комиссиях" (Ведомости Верховного Совета РСФСР, 1971, № 22, ст. 433)</w:t>
      </w:r>
    </w:p>
    <w:p>
      <w:r>
        <w:t>Указ Президиума Верховного Совета РСФСР от 30 ноября 1972 года "О внесении изменений в Положения о товарищеских судах, о комиссиях по делам несовершеннолетних и о наблюдательных комиссиях" (Ведомости Верховного Совета РСФСР, 1972, № 51, ст. 1209)</w:t>
      </w:r>
    </w:p>
    <w:p>
      <w:r>
        <w:t>пункт 6 Указа Президиума Верховного Совета РСФСР от 15 июля 1974 года "О внесении изменений и дополнений в некоторые законодательные акты РСФСР" (Ведомости Верховного Совета РСФСР, 1974, № 29, ст. 782)</w:t>
      </w:r>
    </w:p>
    <w:p>
      <w:r>
        <w:t>Указ Президиума Верховного Совета РСФСР от 11 марта 1977 года "О внесении изменений и дополнений в Положение о комиссиях по делам несовершеннолетних" (Ведомости Верховного Совета РСФСР, 1977, № 12, ст. 259)</w:t>
      </w:r>
    </w:p>
    <w:p>
      <w:r>
        <w:t>Указ Президиума Верховного Совета РСФСР от 1 октября 1985 года № 1527-XI "О внесении изменений и дополнений в положения о комиссиях по делам несовершеннолетних и об общественных воспитателях несовершеннолетних" (Ведомости Верховного Совета РСФСР, 1985, № 40, ст. 1400)</w:t>
      </w:r>
    </w:p>
    <w:p>
      <w:r>
        <w:t>Закон Российской Федерации от 25 февраля 1993 года № 4549-I "О внесении изменений в Закон РСФСР "О Конституционном Суде РСФСР", Закон РСФСР "О государственной налоговой службе РСФСР" и Положение о комиссиях по делам несовершеннолетних, утвержденное указом Президиума Верховного Совета РСФСР от 3 июня 1967 года" (Ведомости Съезда народных депутатов Российской Федерации и Верховного Совета Российской Федерации, 1993, № 12, ст. 429)</w:t>
      </w:r>
    </w:p>
    <w:p>
      <w:r>
        <w:rPr>
          <w:b/>
        </w:rPr>
        <w:t>Статья 4</w:t>
      </w:r>
    </w:p>
    <w:p>
      <w:r>
        <w:t>Общеобразовательные организации со специальным наименованием "специальное учебно-воспитательное учреждение для обучающихся с девиантным (общественно опасным) поведением" и профессиональные образовательные организации со специальным наименованием "специальное учебно-воспитательное учреждение для обучающихся с девиантным (общественно опасным) поведением" должны быть переименованы соответственно в общеобразовательные организации со специальным наименованием "специальное учебно-воспитательное учреждение" и профессиональные образовательные организации со специальным наименованием "специальное учебно-воспитательное учреждение" не позднее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