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закупках товаров, работ, услуг отдельными видами юридических лиц" и Федеральный закон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1</w:t>
      </w:r>
    </w:p>
    <w:p>
      <w:r>
        <w:t>Внести в Федеральный закон от 18 июля 2011 года № 223-ФЗ "О закупках товаров, работ, услуг отдельными видами юридических лиц" (Собрание законодательства Российской Федерации, 2011, № 30, ст. 4571; № 50, ст. 7343; 2012, № 53, ст. 7649; 2013, № 23, ст. 2873; № 27, ст. 3452; № 51, ст. 6699; № 52, ст. 6961; 2015, № 1, ст. 11; № 27, ст. 3950; № 29, ст. 4375; 2016, № 27, ст. 4169, 4254; 2017, № 1, ст. 15; № 24, ст. 3477; 2018, № 1, ст. 54, 80, 89) следующие изменения</w:t>
      </w:r>
    </w:p>
    <w:p>
      <w:r>
        <w:t>в части 2 статьи 1: а) в подпункте "в" пункта 5 слова "государственными, муниципальными унитарными предприятиями, являющимися аптечными организациями" исключить; б) пункт 6 дополнить словами ", за исключением случаев осуществления такими предприятиями закупок за счет субсидий, предоставленных из федерального бюджета на осуществление на территории Российской Федерации капитальных вложений в объекты капитального строительства государственной собственности Российской Федерации и (или) на приобретение на территории Российской Федерации объектов недвижимого имущества в государственную собственность Российской Федерации"</w:t>
      </w:r>
    </w:p>
    <w:p>
      <w:r>
        <w:t>пункт 3 части 14 статьи 32 признать утратившим силу</w:t>
      </w:r>
    </w:p>
    <w:p>
      <w:r>
        <w:t>в абзаце первом части 10 статьи 34 слово "Федерацией" заменить словом "Федерации"</w:t>
      </w:r>
    </w:p>
    <w:p>
      <w:r>
        <w:t>в статье 8: а) часть 12 изложить в следующей редакции: "12. До 1 октября 2018 года государственные, муниципальные унитарные предприятия вправе изменить и (или) утвердить положение о закупке и план закупки для осуществления закупок, предусмотренных подпунктом "в" пункта 5 части 2 статьи 1 настоящего Федерального закона, в 2018 году."; б) в части 13 слова ", являющиеся аптечными организациями," исключить; в) дополнить частью 14 следующего содержания: "14. Положения статьи 34 настоящего Федерального закона применяются к отношениям, связанным с осуществлением закупок, извещения об осуществлении которых размещены в единой информационной системе либо приглашения принять участие в которых направлены после даты начала функционирования операторов электронных площадок в соответствии с едиными требованиями, предусмотренными Федеральным законом от 5 апреля 2013 года № 44-ФЗ "О контрактной системе в сфере закупок товаров, работ, услуг для обеспечения государственных и муниципальных нужд", и дополнительными требованиями, установленными Правительством Российской Федерации в соответствии с частью 10 статьи 34 настоящего Федерального закона."</w:t>
      </w:r>
    </w:p>
    <w:p>
      <w:r>
        <w:rPr>
          <w:b/>
        </w:rPr>
        <w:t>Статья 2</w:t>
      </w:r>
    </w:p>
    <w:p>
      <w:r>
        <w:t>Внести в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27, ст. 3480; № 52, ст. 6961; 2014, № 23, ст. 2925; 2015, № 1, ст. 51; № 10, ст. 1393; № 29, ст. 4342, 4375; 2016, № 11, ст. 1493; № 15, ст. 2058; № 26, ст. 3872; № 27, ст. 4199, 4254; 2017, № 1, ст. 15; № 24, ст. 3477; 2018, № 1, ст. 59, 88; № 18, ст. 2578) следующие изменения</w:t>
      </w:r>
    </w:p>
    <w:p>
      <w:r>
        <w:t>в пункте 3 части 1 статьи 1 слова ", за исключением федеральных государственных унитарных предприятий, имеющих существенное значение для обеспечения прав и законных интересов граждан Российской Федерации, обороноспособности и безопасности государства, перечень которых утверждается Правительством Российской Федерации по согласованию с Администрацией Президента Российской Федерации," исключить</w:t>
      </w:r>
    </w:p>
    <w:p>
      <w:r>
        <w:t>в статье 15: а) часть 21 изложить в следующей редакции: "21. Государственные, муниципальные унитарные предприятия осуществляют закупки в соответствии с требованиями настоящего Федерального закона, за исключением:</w:t>
      </w:r>
    </w:p>
    <w:p>
      <w:r>
        <w:t>закупок федеральных государственных унитарных предприятий, имеющих существенное значение для обеспечения прав и законных интересов граждан Российской Федерации, обороноспособности и безопасности государства, перечень которых утверждается Правительством Российской Федерации по согласованию с Администрацией Президента Российской Федерации, осуществляемых без использования субсидий, предоставленных из федерального бюджета на осуществление на территории Российской Федерации капитальных вложений в объекты капитального строительства государственной собственности Российской Федерации и (или) на приобретение на территории Российской Федерации объектов недвижимого имущества в государственную собственность Российской Федерации</w:t>
      </w:r>
    </w:p>
    <w:p>
      <w:r>
        <w:t>закупок, осуществляемых в соответствии с правовым актом, предусмотренным частью 3 статьи 2 Федерального закона от 18 июля 2011 года № 223-ФЗ "О закупках товаров, работ, услуг отдельными видами юридических лиц", принятым государственным, муниципальным унитарными предприятиями и размещенным до начала года в единой информационной системе: а) за счет грантов, передаваемых безвозмездно и безвозвратно гражданами и юридическими лицами, в том числе иностранными гражданами и иностранными юридическими лицами, а также международными организациями, получившими право на предоставление грантов на территории Российской Федерации в порядке, установленном законодательством Российской Федерации, субсидий (грантов), предоставляемых на конкурсной основе из соответствующих бюджетов бюджетной системы Российской Федерации, если условиями, определенными грантодателями, не установлено иное; б) в качестве исполнителя по контракту в случае привлечения на основании договора в ходе исполнения данного контракта иных лиц для поставки товара, выполнения работы или оказания услуги, необходимых для исполнения предусмотренных контрактом обязательств данного предприятия, за исключением случаев исполнения предприятием контракта, заключенного в соответствии с пунктом 2 части 1 статьи 93 настоящего Федерального закона; в) без привлечения средств соответствующих бюджетов бюджетной системы Российской Федерации."; б) в части 3 слова "пунктах 1 - 3 части 21" заменить словами "подпунктах "а" - "в" пункта 2 части 21"; в) дополнить частью 41 следующего содержания: "41. При предоставлении в соответствии с бюджетным законодательством Российской Федерации юридическим лицам субсидий, предусмотренных пунктом 8 статьи 78 и подпунктом 3 пункта 1 статьи 783 Бюджетного кодекса Российской Федерации, на юридические лица, которым предоставлены указанные субсидии, при осуществлении ими закупок за счет указанных субсидий распространяются положения настоящего Федерального закона, регулирующие отношения, указанные в пунктах 2 и 3 части 1 статьи 1 настоящего Федерального закона. При этом в отношении таких юридических лиц при осуществлении ими этих закупок применяются положения настоящего Федерального закона, регулирующие мониторинг закупок, аудит в сфере закупок, а также контроль в сфере закупок, предусмотренный частью 3 статьи 99 настоящего Федерального закона."; г) часть 5 изложить в следующей редакции: "5. При предоставлении в соответствии с бюджетным законодательством Российской Федерации юридическому лицу средств, указанных в абзаце втором пункта 1 статьи 80 Бюджетного кодекса Российской Федерации, на юридическое лицо, которому предоставлены указанные средства, при осуществлении им закупок за счет указанных средств распространяются положения настоящего Федерального закона, регулирующие деятельность заказчика, в случаях и в пределах, которые определены в соответствии с бюджетным законодательством Российской Федерации в рамках договоров об участии Российской Федерации, субъекта Российской Федерации или муниципального образования в собственности субъекта инвестиций."; д) в части 6 после слов "муниципальным унитарным предприятиям" дополнить словами "либо иным юридическим лицам", слова "такие учреждения, такие унитарные предприятия" заменить словами "такие учреждения, унитарные предприятия либо юридические лица"</w:t>
      </w:r>
    </w:p>
    <w:p>
      <w:r>
        <w:t>часть 42 статьи 112 изложить в следующей редакции: "42. До 1 октября 2018 года государственные, муниципальные унитарные предприятия вправе изменить или утвердить правовой акт, регламентирующий в соответствии с Федеральным законом от 18 июля 2011 года № 223-ФЗ "О закупках товаров, работ, услуг отдельными видами юридических лиц" правила закупки, для осуществления закупок, предусмотренных подпунктом "в" пункта 2 части 21 статьи 15 настоящего Федерального закона, в 2018 году."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2, 3 и подпункт "в" пункта 4 статьи 1 настоящего Федерального закона вступают в силу с 1 июля 2018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