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водоснабжении и водоотведении"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