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2018 год и на плановый период 2019 и 2020 годов"</w:t>
      </w:r>
    </w:p>
    <w:p>
      <w:r>
        <w:rPr>
          <w:b/>
        </w:rPr>
        <w:t>Статья 1</w:t>
      </w:r>
    </w:p>
    <w:p>
      <w:r>
        <w:t>Внести в Федеральный закон от 5 декабря 2017 года № 362-ФЗ "О федеральном бюджете на 2018 год и на плановый период 2019 и 2020 годов" (Собрание законодательства Российской Федерации, 2017, № 50, ст. 7533) следующие изменения: 1) в части 1 статьи 1: а) в абзаце первом слова "в размере 97 462,0 млрд. рублей" заменить словами "в размере 98 234,0 млрд. рублей", слова "4,0 процента" заменить словами "2,8 процента"; б) в пункте 1 слова "в сумме 15 257 805 147,7 тыс. рублей" заменить словами "в сумме 17 072 888 495,2 тыс. рублей", слова "в сумме 527 572 503,7 тыс. рублей" заменить словами "в сумме 2 739 806 017,1 тыс. рублей"; в) в пункте 2 слова "в сумме 16 529 198 751,4 тыс. рублей" заменить словами "в сумме 16 591 147 817,7 тыс. рублей"; г) в пункте 3 слова "в сумме 10 501 815 935,0 тыс. рублей" заменить словами "в сумме 10 280 642 322,7 тыс. рублей"; д) в пункте 4 слова "в сумме 71,6 млрд. долларов США, или 59,7 млрд. евро" заменить словами "в сумме 61,9 млрд. долларов США, или 49,5 млрд. евро"; е) в пункте 5 слово "дефицит" заменить словом "профицит", слова "в сумме 1 271 393 603,7 тыс. рублей" заменить словами "в сумме 481 740 677,5 тыс. рублей"; 2) в статье 5: а) абзац второй пункта 2 части 3 после слова "электроэнергии," дополнить словами "услуг по организации и осуществлению перевозки грузов и пассажиров железнодорожным транспортом общего пользования,"; б) пункт 2 части 9 после слов "федеральных органов государственной власти," дополнить словами "Государственной корпорации по космической деятельности "Роскосмос", Государственной корпорации по атомной энергии "Росатом","; 3) в статье 6: а) в части 1 слова "в сумме 763 213 906,1 тыс. рублей" заменить словами "в сумме 774 672 487,2 тыс. рублей"; б) в части 2 слова "приложениям 8" заменить словами "приложениям 8, 81"; в) в части 3 слова "приложениям 10, 11 (секретно) и 12 (совершенно секретно)" заменить словами "приложениям 10, 101, 11 (секретно), 111 (секретно), 12 (совершенно секретно) и 121 (совершенно секретно)"; г) в части 4 слова "приложениям 13 и 14 (секретно)" заменить словами "приложениям 13, 131, 14 (секретно) и 141 (секретно)"; д) в части 5 слова "приложениям 15 и 16 (секретно)" заменить словами "приложениям 15, 151, 16 (секретно) и 161 (секретно)"; е) в части 7 слова "приложениям 18" заменить словами "приложениям 18, 181"; ж) в части 8 слова "приложениям 21 и 22 (секретно)" заменить словами "приложениям 21, 211, 22 (секретно) и 221 (секретно)"; з) в части 9 слова "приложениям 23, 24 (секретно) и 25 (совершенно секретно)" заменить словами "приложениям 23, 231, 24 (секретно), 241 (секретно), 25 (совершенно секретно) и 251 (совершенно секретно)"; и) в части 14 слова "до 3 721 530,0 тыс. рублей" заменить словами "до 3 191 340,0 тыс. рублей"; 4) часть 6 статьи 8 после слова "Установить" дополнить словами "с 1 января 2018 года размер индексации пособий, предусмотренных Федеральным законом от 4 июня 2011 года № 128-ФЗ "О пособии детям военнослужащих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пунктами 2 и 3 части 1 статьи 12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пунктами 2 и 3 части 1 статьи 11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5) в статье 9: а) в части 1 слова "приложениям 27 и 28 (секретно)" заменить словами "приложениям 27, 271, 28 (секретно) и 281 (секретно)"; б) в части 3 слова "до 238 799 769,7 тыс. рублей" заменить словами "до 263 083 786,0 тыс. рублей"; 6) в статье 10: а) в части 1 слова "приложению 31" заменить словами "приложениям 31 и 311"; б) в части 2 слова "приложению 32" заменить словами "приложениям 32 и 321"; 7) в части 1 статьи 11 слова "до 2 056 470,0 тыс. рублей" заменить словами "до 1 862 583,4 тыс. рублей"; 8) в части 3 статьи 13 слова "в сумме 2 375 347 715,9 тыс. рублей" заменить словами "в сумме 1 959 763 710,0 тыс. рублей"; 9) в части 3 статьи 14 слова "в сумме 33,5 млрд. долларов США, или 27,9 млрд. евро" заменить словами "в сумме 22,9 млрд. долларов США, или 18,3 млрд. евро"; 10) в части 5 статьи 17: а) в пункте 2 слова "в сумме 482 092 019,2 тыс. рублей" заменить словами "в сумме 383 921 598,5 тыс. рублей"; б) в пункте 3 слова "в сумме 16 794 108,1 тыс. рублей" заменить словами "в сумме 15 304 548,5 тыс. рублей"; 11) в статье 18: а) в части 6 слова "до 788 148,0 тыс. рублей" заменить словами "до 782 203,0 тыс. рублей"; б) в части 7 после слов "агентов по размещению" дополнить словом ", выкупу", слова "до 226 450,0 тыс. рублей" заменить словами "до 455 100,0 тыс. рублей", после слов "по размещению облигаций внутренних и внешних облигационных займов Российской Федерации" дополнить словами ", за исключением облигаций, обращение которых на вторичном рынке не предусмотрено,"; 12) часть 5 статьи 19 после слов "государственных внебюджетных фондов Российской Федерации," дополнить словами "средствами федеральных бюджетных и автономных учреждений, средствами, поступающими во временное распоряжение федеральных казенных учреждений,", после слов "автономными учреждениями," дополнить словом "федеральными"; 13) в статье 21: а) в части 1: в пункте 1 слова "в объеме 2 763 559,3 тыс. рублей" заменить словами "в объеме 2 528 650,9 тыс. рублей"; (Абзац утратил силу - Федеральный закон от 29.11.2018 № 458-ФЗ) (Абзац утратил силу - Федеральный закон от 29.11.2018 № 458-ФЗ) в пункте 5 слова "в объеме 16 602 374,4 тыс. рублей" заменить словами "в объеме 17 698 174,8 тыс. рублей"; в пункте 6 слова "на 2018 год в объеме 99 680 967,3 тыс. рублей" заменить словами "на 2018 год в объеме 100 024 492,2 тыс. рублей"; в пункте 9 слова "в объеме 33 724 495,0 тыс. рублей" заменить словами "в объеме 32 185 408,0 тыс. рублей", слова "до 16 862 247,5 тыс. рублей" заменить словами "до 16 092 704,0 тыс. рублей"; пункт 11 признать утратившим силу; в пункте 12 слова "в объеме 42 061 120,0 тыс. рублей и в объеме согласно приложениям 11 (секретно), 14 (секретно) и 16 (секретно)" заменить словами "в объеме 43 764 388,9 тыс. рублей и в объеме согласно приложениям 11 (секретно), 111 (секретно), 14 (секретно), 141 (секретно), 16 (секретно) и 161 (секретно)"; в пункте 14 слова "на 2018 год в объеме 2 000 000,0 тыс. рублей" заменить словами "на 2018 год в объеме 5 002 183,1 тыс. рублей"; в пункте 16 слова "в объеме 80 000 000,0 тыс. рублей" заменить словами "в объеме 51 800 000,0 тыс. рублей"; дополнить пунктом 221 следующего содержания: "221) бюджетных ассигнований на 2018 год в объеме 5 011 623,3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исполнение государственных гарантий Российской Федерации при наступлении гарантийных случаев, а также на обслуживание государственного долга Российской Федерации;"; б) дополнить частями 9 - 11 следующего содержания: "9. Установить, что в 2018 году Федеральное казначейство в целях осуществления операций по управлению остатками средств на едином счете федерального бюджета вправе на безвозмездной основе привлекать клиринговую организацию, центрального контрагента и биржу.</w:t>
      </w:r>
    </w:p>
    <w:p>
      <w:r>
        <w:rPr>
          <w:b/>
        </w:rPr>
        <w:t xml:space="preserve">10. </w:t>
      </w:r>
      <w:r>
        <w:t>Установить, что открытое акционерное общество "Российские железные дороги" вправе использовать средства неиспользованных взносов в уставный капитал открытого акционерного общества "Российские железные дороги", осуществленных в соответствии с пунктом 8 части 1 статьи 11 Федерального закона от 30 ноября 2011 года № 371-ФЗ "О федеральном бюджете на 2012 год и на плановый период 2013 и 2014 годов" на реализацию инвестиционного проекта "Строительство вторых железнодорожных путей и электрификация участка Выборг - Приморск - Ермилово Октябрьской железной дороги", в размере до 6 136,8 тыс. рублей в целях реализации инвестиционного проекта "Комплексная реконструкция участка им. М.Горького - Котельниково - Тихорецкая - Крымская с обходом Краснодарского железнодорожного узла" по решению Правительства Российской Федерации</w:t>
      </w:r>
    </w:p>
    <w:p>
      <w:r>
        <w:rPr>
          <w:b/>
        </w:rPr>
        <w:t xml:space="preserve">11. </w:t>
      </w:r>
      <w:r>
        <w:t>Установить, что публичное акционерное общество "Государственная транспортная лизинговая компания" вправе использовать средства неиспользованного взноса в уставный капитал публичного акционерного общества "Государственная транспортная лизинговая компания", предусмотренного приложением 33 к Федеральному закону от 19 декабря 2016 года № 415-ФЗ "О федеральном бюджете на 2017 год и на плановый период 2018 и 2019 годов" в целях обеспечения механизма поддержания продаж воздушных судов Ил-96-400М, в размере 4 000 000,0 тыс. рублей в целях пополнения парка воздушных судов авиакомпаний по решению Правительства Российской Федерации.";</w:t>
      </w:r>
    </w:p>
    <w:p>
      <w:r>
        <w:rPr>
          <w:b/>
        </w:rPr>
        <w:t xml:space="preserve">11. </w:t>
      </w:r>
      <w:r>
        <w:t>в приложении 1:</w:t>
      </w:r>
    </w:p>
    <w:p>
      <w:r>
        <w:rPr>
          <w:b/>
        </w:rPr>
        <w:t xml:space="preserve">11. </w:t>
      </w:r>
      <w:r>
        <w:t>дополнить приложением 81 следующего содержания: "Приложение 81 к Федеральному закону "О федеральном бюджете на 2018 год и на плановый период 2019 и 2020 годов" Изменение распределения бюджетных ассигнований на исполнение публичных нормативных обязательств Российской Федерации на 2018 год и на плановый период 2019 и 2020 годов, предусмотренного приложением 8 к Федеральному закону "О федеральном бюджете на 2018 год и на плановый период 2019 и 2020 годов" (тыс. рублей) Наименование ЦСР Рз ПР Мин 2018 год +11 458 581,1 -2 490 180,5 10 03 187 -200,0 10 03 187 -854,4 10 03 187 -1 279,9 10 03 187 -206,1 10 03 187 -20 782,9 10 03 187 -1 298,7 10 03 153 +8 461,3 10 03 150 -2 443 112,8 10 03 187 -8 859,5 10 03 180 -21 934,0 10 03 187 -67,8 10 03 187 -45,7 +62,5 10 03 153 +62,5 +13 948 699,1 10 01 092 -3 024 366,8 10 01 188 +7 553 084,5 10 01 189 +3 082 012,1 10 01 320 +3 590 596,9 10 01 415 +2 112 387,3 10 01 417 +634 985,1"</w:t>
      </w:r>
    </w:p>
    <w:p>
      <w:r>
        <w:rPr>
          <w:b/>
        </w:rPr>
        <w:t xml:space="preserve">11. </w:t>
      </w:r>
      <w:r>
        <w:t>в приложении 10:</w:t>
      </w:r>
    </w:p>
    <w:p>
      <w:r>
        <w:rPr>
          <w:b/>
        </w:rPr>
        <w:t xml:space="preserve">11. </w:t>
      </w:r>
      <w:r>
        <w:t>раздел "ДОХОДЫ ОТ ОКАЗАНИЯ ПЛАТНЫХ УСЛУГ (РАБОТ) И КОМПЕНСАЦИИ ЗАТРАТ ГОСУДАРСТВА" после строки 100" 100"</w:t>
      </w:r>
    </w:p>
    <w:p>
      <w:r>
        <w:rPr>
          <w:b/>
        </w:rPr>
        <w:t xml:space="preserve">11. </w:t>
      </w:r>
      <w:r>
        <w:t>раздел "ДОХОДЫ ОТ АДМИНИСТРАТИВНЫХ ПЛАТЕЖЕЙ И СБОРОВ" после строки 100" 100"</w:t>
      </w:r>
    </w:p>
    <w:p>
      <w:r>
        <w:rPr>
          <w:b/>
        </w:rPr>
        <w:t xml:space="preserve">11. </w:t>
      </w:r>
      <w:r>
        <w:t>в разделе "ДОХОДЫ ОТ ШТРАФОВ, САНКЦИЙ, ВОЗМЕЩЕНИЯ УЩЕРБА" строки 50 100"</w:t>
      </w:r>
    </w:p>
    <w:p>
      <w:r>
        <w:rPr>
          <w:b/>
        </w:rPr>
        <w:t xml:space="preserve">11. </w:t>
      </w:r>
      <w:r>
        <w:t>сноску 4 исключить</w:t>
      </w:r>
    </w:p>
    <w:p>
      <w:r>
        <w:rPr>
          <w:b/>
        </w:rPr>
        <w:t xml:space="preserve">11. </w:t>
      </w:r>
      <w:r>
        <w:t>строку 020 04 11 400 020 04 11 400</w:t>
      </w:r>
    </w:p>
    <w:p>
      <w:r>
        <w:rPr>
          <w:b/>
        </w:rPr>
        <w:t xml:space="preserve">11. </w:t>
      </w:r>
      <w:r>
        <w:t>строку 020 04 12 500 020 04 12 500</w:t>
      </w:r>
    </w:p>
    <w:p>
      <w:r>
        <w:rPr>
          <w:b/>
        </w:rPr>
        <w:t xml:space="preserve">11. </w:t>
      </w:r>
      <w:r>
        <w:t>строку 020 04 12 800 020 04 12 800</w:t>
      </w:r>
    </w:p>
    <w:p>
      <w:r>
        <w:rPr>
          <w:b/>
        </w:rPr>
        <w:t xml:space="preserve">11. </w:t>
      </w:r>
      <w:r>
        <w:t>строку 020 04 12 800 020 04 12 800</w:t>
      </w:r>
    </w:p>
    <w:p>
      <w:r>
        <w:rPr>
          <w:b/>
        </w:rPr>
        <w:t xml:space="preserve">11. </w:t>
      </w:r>
      <w:r>
        <w:t>строку 053 04 07 500 053 04 07 500</w:t>
      </w:r>
    </w:p>
    <w:p>
      <w:r>
        <w:rPr>
          <w:b/>
        </w:rPr>
        <w:t xml:space="preserve">11. </w:t>
      </w:r>
      <w:r>
        <w:t>строку 071 071</w:t>
      </w:r>
    </w:p>
    <w:p>
      <w:r>
        <w:rPr>
          <w:b/>
        </w:rPr>
        <w:t xml:space="preserve">11. </w:t>
      </w:r>
      <w:r>
        <w:t>строку 074 01 12 074 01 12</w:t>
      </w:r>
    </w:p>
    <w:p>
      <w:r>
        <w:rPr>
          <w:b/>
        </w:rPr>
        <w:t xml:space="preserve">11. </w:t>
      </w:r>
      <w:r>
        <w:t>строку 082 04 05 800 082 04 05 800</w:t>
      </w:r>
    </w:p>
    <w:p>
      <w:r>
        <w:rPr>
          <w:b/>
        </w:rPr>
        <w:t xml:space="preserve">11. </w:t>
      </w:r>
      <w:r>
        <w:t>строку 103 04 08 800 103 04 08 800</w:t>
      </w:r>
    </w:p>
    <w:p>
      <w:r>
        <w:rPr>
          <w:b/>
        </w:rPr>
        <w:t xml:space="preserve">11. </w:t>
      </w:r>
      <w:r>
        <w:t>строку 107 04 08 800 107 04 08 800 л) строку 777 11 02 777 11 02 17) дополнить приложением 101 следующего содержания: "Приложение 101 к Федеральному закону "О федеральном бюджете на 2018 год и на плановый период 2019 и 2020 годов" Изменения ведомственной структуры расходов федерального бюджета на 2018 год и на плановый период 2019 и 2020 годов, предусмотренной приложением 10 к Федеральному закону "О федеральном бюджете на 2018 год и на плановый период 2019 и 2020 годов" (тыс. рублей) Наименование Мин Рз ПР ЦСР ВР 2018 год -11 910 245,2 007 +16 736,9 007 +677 145,2 007 +658 305,6 007 +658 305,6 007 +99 205,6 007 +99 205,6 007 400 +118 045,2 007 600 -18 839,6 007 +559 100,0 007 400 +559 100,0 007 +18 839,6 007 +18 839,6 007 +18 839,6 007 200 +18 839,6 007 +356,4 007 +20,9 007 +20,9 007 +20,9 007 +20,9 007 300 +20,9 007 +335,5 007 +335,5 007 +335,5 007 +335,5 007 600 +335,5 007 -660 764,7 007 -388 987,3 007 -388 987,3 007 -388 987,3 007 -73 390,8 007 600 -73 390,8 007 -315 596,5 007 600 -315 596,5 007 0,0 007 0,0 007 0,0 007 +14 207,6 007 600 +14 207,6 007 -14 207,6 007 600 -14 207,6 007 +388 987,3 007 +388 987,3 007 +388 987,3 007 +388 987,3 007 600 +388 987,3 007 -660 764,7 007 -660 764,7 007 -660 764,7 007 -660 764,7 007 400 -660 764,7 020 +25 004 647,9 020 -3 475,2 020 -3 475,2 020 -3 475,2 020 -3 475,2 020 800 -3 475,2 020 -42 994,5 020 -11 420,0 020 -11 420,0 020 -11 420,0 020 200 -11 420,0 020 -31 574,5 020 -16 574,5 020 -16 574,5 020 200 +1 713,3 020 800 -18 287,8 020 -15 000,0 020 -15 000,0 020 -15 000,0 020 200 -15 000,0 020 +19 005 314,8 020 0,0 020 0,0 020 0,0 020 100 +4 987,6 020 200 -4 987,6 020 +876 146,3 020 +1 660 146,3 020 +1 660 146,3 020 +1 660 146,3 020 200 +1 660 146,3 020 -784 000,0 020 -500 000,0 020 -500 000,0 020 800 -500 000,0 020 -284 000,0 020 -284 000,0 020 800 -434 000,0 020 600 +150 000,0 020 +18 129 168,5 020 +412 475,0 020 +412 475,0 020 200 +412 475,0 020 +20 159 758,8 020 +35 835 388,9 020 +35 600 000,0 020 800 +30 000 000,0 020 800 -4 400 000,0 020 800 +5 000 000,0 020 200 +5 000 000,0 020 -595 213,3 020 800 -595 213,3 020 +830 602,2 020 800 +830 602,2 020 -14 526 959,6 020 -14 526 959,6 020 800 -10 168 871,7 020 800 -4 358 087,9 020 0,0 020 0,0 020 800 -70 000,0 020 800 +112 000,0 020 800 -42 000,0 020 -50 000,0 020 -50 000,0 020 800 -50 000,0 020 -771 475,0 020 -997 377,0 020 800 -997 377,0 020 +225 902,0 020 200 +225 902,0 020 +175 000,0 020 +125 000,0 020 800 +150 000,0 020 800 -25 000,0 020 +50 000,0 020 600 +50 000,0 020 -530 190,0 020 -530 190,0 020 500 -530 190,0 020 800 -545 063,9 020 800 +545 063,9 020 +27 994,5 020 200 +27 994,5 020 -1 660 146,3 020 0,0 020 0,0 020 400 -2 221 160,0 020 400 +2 221 160,0 020 -1 660 146,3 020 -1 660 146,3 020 800 -1 660 146,3 020 -1 053 000,0 020 -1 053 000,0 020 -923 000,0 020 400 -923 000,0 020 -130 000,0 020 800 -130 000,0 020 +882 994,0 020 +448 994,0 020 +448 994,0 020 800 +350 000,0 020 400 +98 994,0 020 +434 000,0 020 +434 000,0 020 400 +434 000,0 020 -612 913,0 020 -612 913,0 020 400 -516 863,0 020 400 -96 050,0 020 +5 796 802,8 020 +5 796 802,8 020 +5 796 802,8 020 +5 796 802,8 020 +5 796 802,8 020 800 +5 796 802,8 020 +249 000,0 020 +234 000,0 020 +234 000,0 020 +234 000,0 020 +234 000,0 020 200 +234 000,0 020 +15 000,0 020 +15 000,0 020 +15 000,0 020 +15 000,0 020 800 +15 000,0 022 0,0 022 +18 475,4 022 -167 978,8 022 -167 978,8 022 -110 578,3 022 -110 578,3 022 200 -116 578,3 022 600 +6 000,0 022 -57 400,5 022 -57 400,5 022 200 -51 432,0 022 600 +19 031,5 022 800 -25 000,0 022 +186 454,2 022 +186 454,2 022 +186 454,2 022 +186 454,2 022 600 +186 454,2 022 -18 475,4 022 -18 475,4 022 -18 475,4 022 -18 475,4 022 -18 475,4 022 500 -18 475,4 049 -8 430,0 049 -8 430,0 049 -8 430,0 049 -8 430,0 049 -8 430,0 049 +2 277,5 049 600 +2 277,5 049 -2 277,5 049 200 -2 277,5 049 -8 430,0 049 600 -8 430,0 051 -425 488,6 051 +7 820,0 051 +8 430,0 051 +8 430,0 051 +8 430,0 051 +8 430,0 051 800 +8 430,0 051 -610,0 051 -610,0 051 -610,0 051 -610,0 051 200 -610,0 051 -414 300,2 051 +19 008,4 051 +19 008,4 051 +19 008,4 051 200 +19 008,4 051 -239 625,2 051 -239 625,2 051 -239 625,2 051 -239 625,2 051 800 -239 625,2 051 -193 683,4 051 -193 683,4 051 -193 683,4 051 -193 683,4 051 200 -193 683,4 051 -19 008,4 051 +24 800,0 051 +24 800,0 051 +24 800,0 051 600 +24 800,0 051 -43 808,4 051 -43 808,4 051 -19 008,4 051 -19 008,4 051 600 -19 008,4 051 -24 800,0 051 600 -24 800,0 052 -84 046,8 052 -84 046,8 052 -84 046,8 052 -84 046,8 052 0,0 052 0,0 052 200 +2 178,6 052 800 -2 178,6 052 -84 046,8 052 -84 046,8 052 500 +106 250,6 052 400 -323 672,0 052 600 +133 374,6 053 -41 251,3 053 -41 251,3 053 -41 251,3 053 -41 251,3 053 +177 320,7 053 +177 320,7 053 500 +152 653,0 053 500 +24 667,7 053 -218 572,0 053 -261 162,0 053 200 -261 162,0 053 +42 590,0 053 600 +42 590,0 054 +3 415 830,0 054 -62 103,7 054 -17 103,7 054 -17 103,7 054 -17 103,7 054 -17 103,7 054 800 -17 103,7 054 -45 000,0 054 -45 000,0 054 -45 000,0 054 -45 000,0 054 600 -45 000,0 054 +320 000,0 054 +320 000,0 054 +320 000,0 054 +320 000,0 054 +320 000,0 054 800 +320 000,0 054 -1 589 015,1 054 -86 174,7 054 -86 174,7 054 -86 174,7 054 -86 174,7 054 600 -86 174,7 054 +64 594,2 054 +64 594,2 054 +64 594,2 054 +64 594,2 054 600 +64 594,2 054 +219 736,6 054 +219 736,6 054 +219 736,6 054 +219 736,6 054 600 +219 736,6 054 -1 787 171,2 054 +87 043,9 054 +87 043,9 054 +87 043,9 054 600 +87 043,9 054 +1 342,2 054 +1 342,2 054 +1 342,2 054 300 +1 342,2 054 +10 000,0 054 +10 000,0 054 +10 000,0 054 600 +10 000,0 054 -1 885 557,3 054 -1 885 557,3 054 400 -1 885 557,3 054 +4 746 948,8 054 +1 753 006,4 054 +1 753 006,4 054 -1 034 907,9 054 +155 000,0 054 500 +55 000,0 054 500 +100 000,0 054 -18 728,4 054 600 -18 728,4 054 -1 171 179,5 054 400 -1 101 541,8 054 600 -69 637,7 054 +112 514,3 054 +112 714,3 054 600 -66 420,0 054 600 +529 134,3 054 800 -350 000,0 054 +10 500,0 054 600 +1 500,0 054 600 +9 000,0 054 -10 700,0 054 200 -10 700,0 054 +839 950,0 054 +9 700,0 054 100 +4 000,0 054 200 +5 700,0 054 +830 250,0 054 500 +665 000,0 054 500 +165 250,0 054 +1 835 450,0 054 500 -55 550,0 054 200 +350 000,0 054 400 +1 541 000,0 054 +3 087 099,1 054 +3 087 099,1 054 +3 087 099,1 054 +3 087 099,1 054 800 +3 087 099,1 054 +45 000,0 054 +45 000,0 054 +45 000,0 054 +45 000,0 054 600 +45 000,0 054 -138 156,7 054 -138 156,7 054 -185 826,7 054 -185 826,7 054 200 -185 826,7 054 +47 670,0 054 +47 670,0 054 600 +47 670,0 056 +4 246 822,8 056 -52 469,1 056 -52 469,1 056 -52 469,1 056 -52 469,1 056 -52 469,1 056 600 -52 469,1 056 +176 707,5 056 +176 707,5 056 +176 707,5 056 +176 707,5 056 400 +176 707,5 056 +47 760,0 056 +47 760,0 056 +47 760,0 056 +47 760,0 056 +47 760,0 056 400 +47 760,0 056 +275 290,0 056 -5 164,8 056 -5 164,8 056 -5 164,8 056 -5 164,8 056 600 -5 164,8 056 +2 019 477,6 056 +1 452,4 056 +1 452,4 056 +1 452,4 056 600 +1 452,4 056 +2 018 025,2 056 +2 018 025,2 056 +2 018 025,2 056 600 +2 018 025,2 056 -1 739 022,8 056 -1 764 312,7 056 -1 764 312,7 056 -1 764 312,7 056 600 -1 764 312,7 056 +15 289,9 056 +15 289,9 056 +15 289,9 056 300 +15 289,9 056 +10 000,0 056 +10 000,0 056 +10 000,0 056 600 +10 000,0 056 +3 799 534,4 056 -122 306,0 056 -168 784,0 056 +14 553,1 056 +243 857,6 056 600 +243 857,6 056 +24 939,2 056 600 +24 939,2 056 +70 739,6 056 100 +891,4 056 600 +69 848,2 056 +7 926,0 056 600 +7 926,0 056 +534 293,0 056 600 +534 293,0 056 -697 630,8 056 600 -697 630,8 056 -228 634,0 056 600 -228 634,0 056 +59 062,5 056 600 +59 062,5 056 -183 337,1 056 -183 337,1 056 600 -183 337,1 056 +46 478,0 056 +46 478,0 056 600 +46 478,0 056 +2 870 512,7 056 +2 870 512,7 056 +2 870 512,7 056 +2 870 512,7 056 200 +2 870 512,7 056 -176 862,1 056 -176 862,1 056 -176 862,1 056 -176 862,1 056 400 -184 932,8 056 600 +8 070,7 056 +159 431,2 056 +159 431,2 056 +184 932,8 056 +128 445,2 056 400 +128 445,2 056 +56 487,6 056 400 +56 487,6 056 -18 995,8 056 -18 995,8 056 600 -18 995,8 056 -7 944,2 056 -16 677,8 056 600 -16 677,8 056 +8 733,6 056 600 +8 733,6 056 +1 438,4 056 +1 438,4 056 600 +1 438,4 056 +1 068 758,6 056 +1 068 758,6 056 +978 264,1 056 +541 660,2 056 100 +3 622,9 056 200 +2 054,7 056 400 +530 074,7 056 800 +5 907,9 056 +136 603,9 056 600 +136 603,9 056 +300 000,0 056 500 +300 000,0 056 +79 913,3 056 +61 797,5 056 600 +61 797,5 056 +18 115,8 056 600 +18 115,8 056 +10 581,2 056 +5 993,5 056 600 +5 993,5 056 +4 587,7 056 600 +4 587,7 060 +2 000,0 060 +2 000,0 060 +2 000,0 060 +2 000,0 060 +2 000,0 060 +2 000,0 060 200 +2 000,0 069 +8 176 225,4 069 +783 093,2 069 +783 093,2 069 +783 093,2 069 +783 093,2 069 +783 093,2 069 500 +708 093,2 069 500 +75 000,0 069 +1 174 293,7 069 +236 415,9 069 +236 415,9 069 +236 415,9 069 +236 415,9 069 500 -1 763 584,1 069 500 +2 000 000,0 069 +937 877,8 069 +937 877,8 069 +731 618,3 069 +731 618,3 069 400 +731 618,3 069 +176 450,2 069 +176 450,2 069 200 +176 450,2 069 +29 809,3 069 +29 809,3 069 100 +23 409,3 069 200 +6 400,0 069 +61 193,5 069 +61 193,5 069 +61 193,5 069 +61 193,5 069 +61 193,5 069 400 +58 705,1 069 600 +2 488,4 069 +249 695,0 069 +249 695,0 069 +249 695,0 069 +249 695,0 069 +249 695,0 069 300 +250 000,0 069 500 -305,0 069 +5 907 950,0 069 +5 907 950,0 069 +5 907 950,0 069 +5 907 950,0 069 +1 666 700,0 069 500 +1 666 700,0 069 +4 241 250,0 069 500 +4 241 250,0 071 -60 586,1 071 -60 555,6 071 -60 555,6 071 -60 555,6 071 -60 555,6 071 -60 555,6 071 800 -60 555,6 071 -30,5 071 -30,5 071 -30,5 071 +1 400,0 071 -29 878,5 071 200 -29 878,5 071 +31 278,5 071 200 +31 278,5 071 -1 430,5 071 -1 400,0 071 800 -1 400,0 071 -28 199,8 071 200 +13 286,6 071 600 -41 486,4 071 +41 486,4 071 200 -6 334,2 071 600 +47 820,6 071 -13 317,1 071 200 -13 317,1 073 074 +2 583 866,8 074 -568 194,4 074 +180 000,0 074 +180 000,0 074 +180 000,0 074 +180 000,0 074 600 +180 000,0 074 -748 194,4 074 -748 194,4 074 -748 194,4 074 -748 194,4 074 600 -748 194,4 074 +821 161,3 074 +820 854,5 074 +820 854,5 074 +820 854,5 074 600 +735 944,4 074 800 +84 910,1 074 0,0 074 0,0 074 0,0 074 600 -1 166 930,0 074 800 -300 000,0 074 200 +1 466 930,0 074 +306,8 074 +306,8 074 +306,8 074 200 -98 870,0 074 600 +98 870,0 074 800 +306,8 074 +2 330 899,9 074 -107 980,2 074 -107 980,2 074 -78 095,2 074 -337 187,5 074 600 -337 187,5 074 +192,3 074 600 +192,3 074 +258 900,0 074 500 +107 700,0 074 500 +151 200,0 074 -29 885,0 074 -29 885,0 074 300 -29 885,0 074 +516 531,9 074 +516 531,9 074 +516 531,9 074 +361 549,1 074 600 +361 549,1 074 +144 982,8 074 600 +144 982,8 074 +10 000,0 074 600 +10 000,0 074 -205 192,3 074 -205 192,3 074 -205 192,3 074 -205 000,0 074 600 -205 000,0 074 -192,3 074 600 -192,3 074 +29 885,0 074 +29 885,0 074 +29 885,0 074 +29 885,0 074 600 +29 885,0 074 +1 129 915,3 074 +885 186,3 074 +885 186,3 074 +697 621,0 074 600 +697 621,0 074 +75 938,1 074 800 +75 938,1 074 -144 982,8 074 600 -144 982,8 074 +200 510,0 074 400 +200 510,0 074 +200 000,0 074 600 +200 000,0 074 -143 900,0 074 600 -143 900,0 074 +294 729,0 074 +294 729,0 074 +294 729,0 074 300 +294 729,0 074 -50 000,0 074 -50 000,0 074 -50 000,0 074 600 -50 000,0 074 0,0 074 0,0 074 0,0 074 0,0 074 300 -200 000,0 074 600 +200 000,0 074 0,0 074 200 -5 106,9 074 600 +5 106,9 074 +748 194,4 074 +748 194,4 074 +975 527,9 074 +975 527,9 074 600 +975 527,9 074 -227 333,5 074 -227 333,5 074 600 -227 333,5 074 +219 545,8 074 +173 045,8 074 +183 045,8 074 +168 745,8 074 600 +168 745,8 074 +14 300,0 074 600 +14 300,0 074 -10 000,0 074 -10 000,0 074 200 -10 000,0 074 +46 500,0 074 +46 500,0 074 +46 500,0 074 600 +46 500,0 075 +59 177,8 075 +59 177,8 075 +59 177,8 075 +59 177,8 075 +59 177,8 075 100 +59 177,8 076 +233 915,6 076 -7 438,3 076 -7 438,3 076 -7 438,3 076 -7 438,3 076 -7 438,3 076 800 -7 438,3 076 -36 057,0 076 -46 159,2 076 -46 159,2 076 0,0 076 +6 011,6 076 600 +6 011,6 076 -6 011,6 076 600 -6 011,6 076 -15 247,1 076 -15 247,1 076 800 -15 247,1 076 -30 912,1 076 -30 912,1 076 100 -28 405,8 076 200 -2 500,2 076 800 -6,1 076 +10 102,2 076 +12 487,5 076 +12 487,5 076 +12 487,5 076 600 +12 487,5 076 -2 385,3 076 -2 385,3 076 600 -2 385,3 076 +277 410,9 076 +23 014,5 076 +23 014,5 076 +23 014,5 076 +22 414,5 076 600 +22 414,5 076 +600,0 076 600 +600,0 076 +28 396,4 076 -14 697,0 076 -14 697,0 076 -14 097,0 076 600 -14 097,0 076 -600,0 076 600 -600,0 076 +46 266,0 076 +46 266,0 076 +46 266,0 076 300 +46 266,0 076 -3 172,6 076 -3 172,6 076 -3 172,6 076 600 -3 172,6 076 +226 000,0 076 +226 000,0 076 +226 000,0 076 +226 000,0 076 600 +226 000,0 077 +9 200,0 077 +9 200,0 077 +9 200,0 077 +9 200,0 077 +9 200,0 077 +9 200,0 077 600 +9 200,0 077 0,0 077 0,0 077 100 -4 997,8 077 600 +4 997,8 081 0,0 081 0,0 081 +266 879,2 081 +266 879,2 081 -156 079,6 081 -156 079,6 081 400 +43 028,5 081 600 -199 108,1 081 +422 958,8 081 +422 958,8 081 400 +422 958,8 081 -266 879,2 081 -266 879,2 081 -266 879,2 081 -266 879,2 081 600 -266 879,2 082 -2 861 906,3 082 -3 248 088,5 082 -3 258 864,9 082 -3 258 864,9 082 -3 222 320,9 082 +2 000 000,0 082 800 +2 000 000,0 082 -5 222 320,9 082 500 +26 515 334,1 082 500 -31 737 655,0 082 -36 544,0 082 -36 544,0 082 600 -36 544,0 082 0,0 082 0,0 082 800 -80 471,5 082 200 +80 471,5 082 +10 776,4 082 +9 504,2 082 +9 504,2 082 +9 504,2 082 200 +9 504,2 082 +1 272,2 082 +1 272,2 082 600 +1 272,2 082 +360 414,6 082 +50 000,0 082 +50 000,0 082 +50 000,0 082 +50 000,0 082 600 +50 000,0 082 +310 414,6 082 -51 018,0 082 -51 018,0 082 -46 582,6 082 600 -46 582,6 082 -4 435,4 082 600 -4 435,4 082 +351 432,6 082 +351 432,6 082 +351 432,6 082 300 +351 432,6 082 +10 000,0 082 +10 000,0 082 +10 000,0 082 600 +10 000,0 082 +25 767,6 082 -1 105,6 082 -1 105,6 082 -1 105,6 082 -1 105,6 082 600 -1 105,6 082 +26 873,2 082 +26 873,2 082 +26 873,2 082 +26 873,2 082 600 +26 873,2 084 +2 133 811,4 084 +2 107 820,4 084 +2 107 820,4 084 +2 107 820,4 084 +2 107 820,4 084 +613 051,4 084 200 +613 051,4 084 -231,0 084 200 -231,0 084 +1 495 000,0 084 800 +1 495 000,0 084 +25 991,0 084 +14 804,0 084 +14 804,0 084 +14 804,0 084 +14 804,0 084 300 +14 804,0 084 +231,0 084 +231,0 084 +231,0 084 +231,0 084 200 +231,0 084 +10 956,0 084 +10 956,0 084 +10 956,0 084 +10 956,0 084 300 +10 956,0 089 +5 649,3 089 +2 336,7 089 +2 336,7 089 +2 336,7 089 +2 336,7 089 100 +2 336,7 089 +3 312,6 089 +3 312,6 089 +3 312,6 089 +3 312,6 089 300 +3 312,6 091 +2 100,0 091 +2 100,0 091 +2 100,0 091 +2 100,0 091 +2 100,0 091 +2 100,0 091 300 +2 100,0 091 0,0 091 600 +30 000,0 091 200 -30 000,0 092 -125 303 929,8 092 -27 485 330,7 092 -56 858,6 092 -45 916,0 092 -45 916,0 092 -45 916,0 092 200 -45 916,0 092 -10 942,6 092 -10 942,6 092 100 +18 137,4 092 200 -51 080,0 092 800 +22 000,0 092 +13 991 475,1 092 -5 861 382,0 092 -5 861 297,1 092 -5 861 297,1 092 800 -5 861 297,1 092 -84,9 092 -84,9 092 800 -84,9 092 +19 852 857,1 092 +19 852 857,1 092 800 +19 852 857,1 092 -38 644 774,4 092 -38 644 774,4 092 -38 644 774,4 092 -38 644 774,4 092 800 -45 378 822,2 092 800 +6 734 047,8 092 -2 775 172,8 092 +859 022,0 092 +859 022,0 092 +859 022,0 092 500 +859 022,0 092 -1 822 457,5 092 -358 673,6 092 -6 950,8 092 200 -6 950,8 092 -91 297,3 092 200 -91 297,3 092 -260 425,5 092 800 -260 425,5 092 -1 567 716,4 092 -1 567 716,4 092 200 -1 567 816,4 092 800 +100,0 092 +103 932,5 092 +103 932,5 092 100 +103 932,5 092 -1 811 737,3 092 -1 811 737,3 092 600 +1 947 757,0 092 800 +19 044,4 092 800 -3 778 538,7 092 -29 732 891,1 092 -28 200 000,0 092 -28 200 000,0 092 -28 200 000,0 092 800 -28 200 000,0 092 -6 303 891,1 092 -6 303 891,1 092 +1 703 268,9 092 +1 703 268,9 092 800 +1 703 268,9 092 -8 007 160,0 092 800 -8 007 160,0 092 +4 771 000,0 092 -229 000,0 092 -229 000,0 092 -229 000,0 092 800 -229 000,0 092 +5 000 000,0 092 +5 000 000,0 092 400 +5 000 000,0 092 +97 100,0 092 -33 629,9 092 -33 629,9 092 -33 629,9 092 -33 629,9 092 600 -33 629,9 092 +130 729,9 092 +130 729,9 092 +130 729,9 092 +130 729,9 092 600 +130 729,9 092 -71 375 296,0 092 -68 579 784,6 092 -33 245,2 092 -33 245,2 092 -33 245,2 092 500 -33 245,2 092 -68 486 766,6 092 300 -3 024 366,8 092 500 -4 114 947,8 092 500 -352,9 092 500 -61 347 099,1 092 -59 772,8 092 -59 772,8 092 800 -59 772,8 092 -2 795 511,4 092 -2 795 511,4 092 -2 795 511,4 092 -106 192,0 092 500 -99 766,8 092 500 -3 606,2 092 500 -2 819,0 092 -7 670,4 092 500 -7 670,4 092 -3 864,3 092 500 -3 864,3 092 -442 839,7 092 500 -442 839,7 092 -2 231 148,5 092 500 -2 231 148,5 092 -3 796,5 092 500 -3 796,5 092 +3 192 488,0 092 +3 192 488,0 092 +164 000,0 092 +164 000,0 092 +164 000,0 092 500 +164 000,0 092 +3 028 488,0 092 +3 028 488,0 092 +3 028 488,0 092 500 +3 028 488,0 095 -295 307,2 095 -295 967,2 095 -295 307,2 095 -295 307,2 095 -295 307,2 095 -69 538,2 095 200 -69 538,2 095 -225 769,0 095 100 -146 594,5 095 200 -78 466,9 095 800 -707,6 095 -660,0 095 -660,0 095 -660,0 095 -660,0 095 200 -660,0 095 +660,0 095 +660,0 095 +660,0 095 +660,0 095 +660,0 095 200 +660,0 096 +1 398,7 096 +1 398,7 096 +1 398,7 096 +1 398,7 096 +1 398,7 096 +1 398,7 096 100 +1 398,7 103 +1 324 029,1 103 -26 513,4 103 -26 513,4 103 -26 513,4 103 -26 513,4 103 -26 513,4 103 800 -26 513,4 103 +1 340 542,5 103 +987 023,6 103 +987 023,6 103 0,0 103 0,0 103 800 +9 800 000,0 103 800 -9 800 000,0 103 -12 976,4 103 -12 976,4 103 600 -9 900,3 103 600 +9 900,3 103 600 +7 240,6 103 600 +317 600,0 103 600 -339 735,4 103 100 -6 899,0 103 200 -6 077,4 103 600 +14 894,8 103 +1 000 000,0 103 +1 000 000,0 103 400 +1 000 000,0 103 -383 117,8 103 -383 117,8 103 -383 117,8 103 +82 082,2 103 600 +82 082,2 103 -465 200,0 103 800 -465 200,0 103 +736 636,7 103 +736 636,7 103 +736 636,7 103 +736 636,7 103 200 +736 636,7 103 +10 000,0 103 +10 000,0 103 +10 000,0 103 +10 000,0 103 +10 000,0 103 600 +10 000,0 107 +523 721,8 107 +521 675,0 107 +521 675,0 107 +521 675,0 107 +521 675,0 107 -20 300,0 107 800 -70 300,0 107 800 +50 000,0 107 -350,0 107 200 -365,2 107 800 +15,2 107 +20 300,0 107 800 +20 300,0 107 0,0 107 100 -375,6 107 200 +375,6 107 +522 025,0 107 400 +522 025,0 107 +44 583,9 107 +16 792,8 107 +16 792,8 107 +16 792,8 107 +16 792,8 107 600 +16 792,8 107 +350,0 107 +350,0 107 +350,0 107 +350,0 107 200 +350,0 107 +27 441,1 107 +25 744,3 107 +25 744,3 107 +25 744,3 107 600 +25 744,3 107 +1 696,8 107 +1 696,8 107 +1 696,8 107 300 +1 696,8 107 -42 537,1 107 -42 537,1 107 -42 537,1 107 -42 537,1 107 -42 537,1 107 600 -42 537,1 108 +2 842 132,1 108 +2 842 132,1 108 +2 842 132,1 108 +2 842 132,1 108 +2 842 132,1 108 -1 153 680,0 108 200 -1 153 680,0 108 +191 297,8 108 200 +191 297,8 108 +3 804 514,3 108 500 +2 971 214,3 108 500 +833 300,0 109 +40 132,2 109 0,0 109 0,0 109 0,0 109 0,0 109 -118 335,0 109 800 -118 335,0 109 +118 335,0 109 400 -1 792 400,0 109 400 +1 910 735,0 109 +40 132,2 109 +4 407,6 109 +4 407,6 109 +4 407,6 109 +4 407,6 109 600 +4 407,6 109 -778 951,8 109 -797 466,1 109 -797 466,1 109 -798 157,1 109 600 -798 157,1 109 +691,0 109 600 +691,0 109 +18 514,3 109 +18 514,3 109 +18 514,3 109 300 +18 514,3 109 +814 676,4 109 +793 058,5 109 +793 058,5 109 +793 749,5 109 600 +793 749,5 109 -691,0 109 600 -691,0 109 +21 617,9 109 +21 617,9 109 +21 617,9 109 300 +21 617,9 110 +1 078 048,3 110 +1 053 000,0 110 +1 053 000,0 110 +130 000,0 110 +130 000,0 110 +130 000,0 110 800 +130 000,0 110 0,0 110 0,0 110 -1 000 000,0 110 400 -1 000 000,0 110 +1 000 000,0 110 400 +1 000 000,0 110 +923 000,0 110 +923 000,0 110 400 +923 000,0 110 +25 048,3 110 -51 234,5 110 -47 412,1 110 -47 412,1 110 -47 412,1 110 600 -47 412,1 110 -3 822,4 110 -3 822,4 110 -3 822,4 110 300 -3 822,4 110 +76 282,8 110 +47 412,1 110 +47 412,1 110 +47 412,1 110 600 +47 412,1 110 +28 870,7 110 +28 870,7 110 +28 870,7 110 300 +28 870,7 135 +789 747,9 135 -5 252,1 135 -5 252,1 135 -5 252,1 135 -5 252,1 135 -5 252,1 135 800 -5 252,1 135 +795 000,0 135 +595 000,0 135 +595 000,0 135 +595 000,0 135 +295 000,0 135 800 +295 000,0 135 +300 000,0 135 600 +300 000,0 135 +200 000,0 135 +200 000,0 135 +200 000,0 135 +200 000,0 135 800 +200 000,0 139 -2 155 167,7 139 -629 609,0 139 -629 609,0 139 -629 609,0 139 -30 694,8 139 -30 694,8 139 800 -30 694,8 139 -598 914,2 139 -598 914,2 139 100 -424 602,0 139 200 -174 312,2 139 -805 253,4 139 +25 000,0 139 +25 000,0 139 +25 000,0 139 +25 000,0 139 200 +25 000,0 139 -25 000,0 139 -25 000,0 139 -25 000,0 139 -25 000,0 139 200 -25 000,0 139 -805 253,4 139 -1 763 819,4 139 -958 566,0 139 -958 566,0 139 600 -958 566,0 139 -805 253,4 139 -805 253,4 139 800 -805 253,4 139 +958 566,0 139 +958 566,0 139 +958 566,0 139 800 +958 566,0 139 0,0 139 0,0 139 0,0 139 0,0 139 500 +188 674,9 139 500 -188 674,9 139 +674,7 139 +674,7 139 +651,2 139 +651,2 139 +651,2 139 600 +651,2 139 +23,5 139 +23,5 139 +23,5 139 300 +23,5 139 -720 980,0 139 -4 396,3 139 -4 396,3 139 -4 396,3 139 -4 396,3 139 600 -4 396,3 139 +4 396,3 139 +4 396,3 139 +4 396,3 139 +4 396,3 139 600 +4 396,3 139 -720 980,0 139 -720 980,0 139 -720 980,0 139 500 -720 980,0 141 +219 600,0 141 +219 600,0 141 -2 861 500,4 141 -2 861 500,4 141 -2 861 500,4 141 -2 861 500,4 141 600 -2 861 500,4 141 +2 732 031,8 141 +2 732 031,8 141 +2 732 031,8 141 +89 200,0 141 200 +89 200,0 141 +2 642 831,8 141 400 -6 600,0 141 600 +2 649 431,8 141 +355 068,6 141 +355 068,6 141 +355 068,6 141 +349 068,6 141 600 +349 068,6 141 +6 000,0 141 200 +6 000,0 141 -6 000,0 141 -6 000,0 141 -6 000,0 141 -6 000,0 141 100 +3 592,0 141 200 -9 592,0 149 +1 976 076,5 149 +35 000,2 149 +6 813,9 149 +3 920,0 149 +3 920,0 149 +3 920,0 149 200 +3 920,0 149 +2 893,9 149 +2 893,9 149 +2 893,9 149 300 +2 893,9 149 +22 175,6 149 +22 175,6 149 +22 175,6 149 +22 175,6 149 600 +22 175,6 149 +6 010,7 149 +6 010,7 149 +6 010,7 149 +6 010,7 149 600 +6 010,7 149 -1 029 357,4 149 -1 029 357,4 149 -1 029 357,4 149 -1 029 357,4 149 -1 029 357,4 149 600 -1 029 357,4 149 +2 970 433,7 149 +1 883 803,4 149 -28 299,6 149 -28 299,6 149 -28 299,6 149 500 +60 000,0 149 600 -88 299,6 149 +1 912 103,0 149 +1 912 103,0 149 +1 912 103,0 149 100 +1 029 357,4 149 200 +31 789,4 149 400 +750 157,0 149 600 +100 799,2 149 -20 753,9 149 -761 618,3 149 -761 618,3 149 -761 618,3 149 500 -761 618,3 149 +740 864,4 149 +740 864,4 149 +740 864,4 149 500 +740 864,4 149 +302 490,8 149 +302 490,8 149 +302 490,8 149 +302 490,8 149 500 +302 490,8 149 +15 000,0 149 +15 000,0 149 +15 000,0 149 +15 000,0 149 600 +15 000,0 149 +789 893,4 149 +690 000,0 149 +690 000,0 149 +690 000,0 149 600 +690 000,0 149 +65 025,0 149 +3 146,4 149 +3 146,4 149 600 +3 146,4 149 -3 920,0 149 -3 920,0 149 200 -3 920,0 149 +65 798,6 149 +65 798,6 149 600 +65 798,6 149 +34 868,4 149 -1 590,8 149 200 -1 590,8 149 +36 459,2 149 100 +23 583,5 149 200 -18 409,2 149 600 +31 284,9 150 -3 120 725,9 150 -185,3 150 -185,3 150 -185,3 150 -185,3 150 -185,3 150 800 -185,3 150 +86 427,7 150 +86 427,7 150 +86 427,7 150 +86 427,7 150 +86 427,7 150 100 +996,2 150 200 +85 074,0 150 800 +357,5 150 -3 206 968,3 150 -3 206 968,3 150 -3 105 437,4 150 -3 105 437,4 150 -632 814,4 150 500 -632 814,4 150 -2 472 623,0 150 200 -29 510,2 150 300 -2 443 112,8 150 -101 530,9 150 -101 530,9 150 -101 530,9 150 500 -101 530,9 153 +3 313 256,4 153 +3 166 445,7 153 +3 166 445,7 153 +3 166 445,7 153 +3 166 445,7 153 +3 166 445,7 153 100 +115 090,8 153 200 +3 055 007,5 153 800 -3 652,6 153 +707,1 153 +3 137,3 153 +3 137,3 153 +3 137,3 153 +1 301,9 153 200 +1 301,9 153 +1 835,4 153 200 +1 835,4 153 -2 430,2 153 -2 430,2 153 -2 430,2 153 -2 430,2 153 800 -2 430,2 153 +137 579,8 153 -7 838,5 153 -7 838,5 153 -7 838,5 153 -7 838,5 153 100 -7 668,5 153 200 -170,0 153 +180 527,9 153 +180 527,9 153 +180 527,9 153 +180 527,9 153 100 +3 285,1 153 200 +172 224,8 153 800 +5 018,0 153 +415,2 153 +415,2 153 +415,2 153 +415,2 153 100 +415,2 153 -5 099,0 153 -5 099,0 153 -5 099,0 153 -5 099,0 153 100 -5 099,0 153 -30 425,8 153 -30 425,8 153 -30 425,8 153 -30 425,8 153 100 +9 564,0 153 200 -41 054,6 153 800 +1 064,8 153 +8 523,8 153 +8 523,8 153 +8 461,3 153 +8 461,3 153 +8 461,3 153 300 +8 461,3 153 +62,5 153 +62,5 153 +62,5 153 300 +62,5 155 +593 271,9 155 -128,1 155 -128,1 155 -128,1 155 -128,1 155 -128,1 155 800 -128,1 155 +593 400,0 155 +593 400,0 155 +593 400,0 155 +593 400,0 155 400 +593 400,0 157 -78 583,0 157 -78 583,0 157 -78 583,0 157 -78 583,0 157 -78 583,0 157 0,0 157 100 +1 237,0 157 200 -1 237,0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