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газоснабжении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марта 1999 года № 69-ФЗ "О газоснабжении в Российской Федерации" (Собрание законодательства Российской Федерации, 1999, № 14, ст. 1667; 2004, № 35, ст. 3607; 2009, № 1, ст. 21; 2011, № 30, ст. 4590; № 45, ст. 6333; 2012, № 53, ст. 7616; 2013, № 14, ст. 1643; 2015, № 45, ст. 6208; № 48, ст. 6723; 2016, № 27, ст. 4203; № 50, ст. 6975) следующие изменения</w:t>
      </w:r>
    </w:p>
    <w:p>
      <w:r>
        <w:t>абзац восьмой статьи 2 изложить в следующей редакции: "газификация - деятельность по реализации научно-технических и проектных решений, осуществлению строительно-монтажных работ и организационных мер, направленных на использование газа в качестве топливного и энергетического ресурса на объектах жилищно-коммунального хозяйства, промышленных и иных объектах;"</w:t>
      </w:r>
    </w:p>
    <w:p>
      <w:r>
        <w:t>часть вторую статьи 8 дополнить абзацем следующего содержания: "утверждает методику расчета показателей газификации или определяет федеральный орган исполнительной власти, уполномоченный на утверждение указанной методики."</w:t>
      </w:r>
    </w:p>
    <w:p>
      <w:r>
        <w:t>дополнить статьей 81 следующего содержания: "Статья 81. Полномочия органов местного самоуправления по организации газоснабжения населения К полномочиям органов местного самоуправления городских поселений, городских округов по организации газоснабжения населения на соответствующих территориях относятся: подготовка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организаций; согласование схем расположения объектов газоснабжения, используемых для обеспечения населения газом. Полномочия органов местного самоуправления, предусмотренные частью первой настоящей статьи, на территории сельского поселения и межселенной территории реализуются органами местного самоуправления муниципального района, в состав которого входят сельское поселение и (или) межселенная территория, если иное не установлено законом субъекта Российской Федерации. Полномочия органов местного самоуправления внутригородских муниципальных образований городов федерального значения Москвы, Санкт-Петербурга и Севастополя по организации газоснабжения населения на внутригородских территориях указанных городов федерального значения в случае, если организация газоснабжения населения определена как вопрос местного значения, устанавливаются законами этих субъектов Российской Федерации исходя из необходимости сохранения единства городского хозяйства и с учетом положений настоящего Федерального закона."</w:t>
      </w:r>
    </w:p>
    <w:p>
      <w:r>
        <w:t>в части первой статьи 17 первое предложение дополнить словами ", схем расположения объектов газоснабжения, используемых для обеспечения населения газом", второе предложение изложить в следующей редакции: "Порядок разработки, утверждения и реализации указанных программ и схем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