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</w:t>
      </w:r>
    </w:p>
    <w:p>
      <w:r>
        <w:rPr>
          <w:b/>
        </w:rPr>
        <w:t>Статья 1</w:t>
      </w:r>
    </w:p>
    <w:p>
      <w:r>
        <w:t>Статью 32 Федерального закона от 30 марта 1999 года № 52-ФЗ "О санитарно-эпидемиологическом благополучии населения" (Собрание законодательства Российской Федерации, 1999, № 14, ст. 1650; 2011, № 30, ст. 4596; № 50, ст. 7359; 2012, № 26, ст. 3446) дополнить пунктом 11 следующего содержания: "11. При осуществлении производственного контроля, предусмотренного пунктом 1 настоящей статьи, могут использоваться результаты выполненных при проведении специальной оценки условий труда исследований (испытаний) и измерений вредных и (или) опасных производственных факторов, проведенных испытательной лабораторией (центром), аккредитованной в соответствии с законодательством Российской Федерации об аккредитации в национальной системе аккредитации, но не ранее чем за шесть месяцев до проведения указанного производственного контроля.".</w:t>
      </w:r>
    </w:p>
    <w:p>
      <w:r>
        <w:rPr>
          <w:b/>
        </w:rPr>
        <w:t>Статья 2</w:t>
      </w:r>
    </w:p>
    <w:p>
      <w:r>
        <w:t>Абзац первый пункта 1 статьи 291 Федерального закона от 26 марта 2003 года № 35-ФЗ "Об электроэнергетике" (Собрание законодательства Российской Федерации, 2003, № 13, ст. 1177; 2011, № 30, ст. 4590; 2015, № 29, ст. 4359; № 45, ст. 6208; 2016, № 18, ст. 2508; № 26, ст. 3865) после слов "нарушений субъектами электроэнергетики и потребителями электрической энергии требований" дополнить словами "по безопасному ведению работ на объектах электроэнергетики, требований", после слов "(далее - обязательные требования)," дополнить словами "а также правилами по охране труда,".</w:t>
      </w:r>
    </w:p>
    <w:p>
      <w:r>
        <w:rPr>
          <w:b/>
        </w:rPr>
        <w:t>Статья 3</w:t>
      </w:r>
    </w:p>
    <w:p>
      <w:r>
        <w:t>Часть 1 статьи 41 Федерального закона от 27 июля 2010 года № 190-ФЗ "О теплоснабжении" (Собрание законодательства Российской Федерации, 2010, № 31, ст. 4159; 2016, № 18, ст. 2508) после слов "нарушений теплоснабжающими организациями и теплосетевыми организациями требований" дополнить словами "по безопасному ведению работ на объектах теплоснабжения, требований", после слов "(далее в настоящей статье - обязательные требования)," дополнить словами "а также правилами по охране труда,".</w:t>
      </w:r>
    </w:p>
    <w:p>
      <w:r>
        <w:rPr>
          <w:b/>
        </w:rPr>
        <w:t>Статья 4</w:t>
      </w:r>
    </w:p>
    <w:p>
      <w:r>
        <w:t>В пункте 5 части 2 статьи 88 Федерального закона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48, ст. 6165; 2016, № 1, ст. 28) слова "безопасных условий труда," исключить.</w:t>
      </w:r>
    </w:p>
    <w:p>
      <w:r>
        <w:rPr>
          <w:b/>
        </w:rPr>
        <w:t>Статья 5</w:t>
      </w:r>
    </w:p>
    <w:p>
      <w:r>
        <w:t>В части 7 статьи 12 Федерального закона от 28 декабря 2013 года № 426-ФЗ "О специальной оценке условий труда" (Собрание законодательства Российской Федерации, 2013, № 52, ст. 6991; 2014, № 26, ст. 3366; 2016, № 18, ст. 2512) слова "могут быть использованы" заменить словами "могут использоваться".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