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капитал, подписанную в Брюсселе 19 мая 2015 года</w:t>
      </w:r>
    </w:p>
    <w:p>
      <w:r>
        <w:rPr>
          <w:b/>
        </w:rPr>
        <w:t>Статья None. Федеральный закон   от 03.08.2018 № 282-ФЗ</w:t>
      </w:r>
    </w:p>
    <w:p>
      <w:r>
        <w:t>О ратификации Протокола о внесении изменений в Конвенцию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капитал, подписанную в Брюсселе 19 мая 2015 года РОССИЙСКАЯ ФЕДЕРАЦИЯ ФЕДЕРАЛЬНЫЙ ЗАКОН О ратификации Протокола о внесении изменений в Конвенцию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капитал, подписанную в Брюсселе 19 мая 2015 года Принят Государственной Думой 24 июля 2018 года Одобрен Советом Федерации 28 июля 2018 года Ратифицировать Протокол о внесении изменений в Конвенцию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капитал, подписанную в Брюсселе 19 мая 2015 года, подписанный в городе Москве 30 января 2018 года. Президент Российской Федерации В.Путин Москва, Кремль 3 августа 2018 года № 282-ФЗ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