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безопасности и гигиене труда в строительстве (Конвенции № 167)</w:t>
      </w:r>
    </w:p>
    <w:p>
      <w:r>
        <w:rPr>
          <w:b/>
        </w:rPr>
        <w:t>Статья None. Федеральный закон   от 03.08.2018 № 288-ФЗ</w:t>
      </w:r>
    </w:p>
    <w:p>
      <w:r>
        <w:t>О ратификации Конвенции о безопасности и гигиене труда в строительстве (Конвенции № 167) РОССИЙСКАЯ ФЕДЕРАЦИЯ ФЕДЕРАЛЬНЫЙ ЗАКОН О ратификации Конвенции о безопасности и гигиене труда в строительстве (Конвенции № 167) Принят Государственной Думой 24 июля 2018 года Одобрен Советом Федерации 28 июля 2018 года Ратифицировать Конвенцию о безопасности и гигиене труда в строительстве (Конвенцию № 167), принятую на 75-й сессии Генеральной конференции Международной организации труда в городе Женеве 20 июня 1988 года. Президент Российской Федерации В.Путин Москва, Кремль 3 августа 2018 года № 288-ФЗ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