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6 Федерального закона "О Судебном департаменте при Верховном Суде Российской Федерации" в связи с совершенствованием медицинского и санаторно-курортного обеспечения судей</w:t>
      </w:r>
    </w:p>
    <w:p>
      <w:r>
        <w:rPr>
          <w:b/>
        </w:rPr>
        <w:t>Статья 1</w:t>
      </w:r>
    </w:p>
    <w:p>
      <w:r>
        <w:t>Внести в подпункт 181 пункта 1 статьи 6 Федерального закона от 8 января 1998 года № 7-ФЗ "О Судебном департаменте при Верховном Суде Российской Федерации" (Собрание законодательства Российской Федерации, 1998, № 2, ст. 223; 2004, № 49, ст. 4842; 2009, № 45, ст. 5264; 2011, № 30, ст. 4588; 2014, № 11, ст. 1094; 2015, № 10, ст. 1414; 2016, № 27, ст. 4227; 2017, № 31, ст. 4787) изменение, изложив его в следующей редакции: "181) организует в соответствии с федеральным законодательством предоставление медицинской помощи судьям, в том числе пребывающим в отставке, членам их семей, работникам аппаратов судов, аппарата Судебного департамента и его органов, а также санаторно-курортное лечение указанных лиц, для чего вправе создавать санаторно-курортные организации;".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