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 Федерального закона "О подготовке и проведении в Российской Федерации чемпионата мира по футболу FIFA 2018 года, Кубка конфедераций FIFA 2017 года и внесении изменений в отдельные законодательные акты Российской Федерации"</w:t>
      </w:r>
    </w:p>
    <w:p>
      <w:r>
        <w:rPr>
          <w:b/>
        </w:rPr>
        <w:t>Статья None. Федеральный закон   от 03.08.2018 № 331-ФЗ</w:t>
      </w:r>
    </w:p>
    <w:p>
      <w:r>
        <w:t>О внесении изменения в статью 7 Федерального закона "О подготовке и проведении в Российской Федерации чемпионата мира по футболу FIFA 2018 года, Кубка конфедераций FIFA 2017 года и внесении изменений в отдельные законодательные акты Российской Федерации" РОССИЙСКАЯ ФЕДЕРАЦИЯ ФЕДЕРАЛЬНЫЙ ЗАКОН О внесении изменения в статью 7 Федерального закона "О подготовке и проведении в Российской Федерации чемпионата мира по футболу FIFA 2018 года, Кубка конфедераций FIFA 2017 года и внесении изменений в отдельные законодательные акты Российской Федерации" Принят Государственной Думой 26 июля 2018 года Одобрен Советом Федерации 28 июля 2018 года Внести в статью 7 Федерального закона от 7 июня 2013 года № 108-ФЗ "О подготовке и проведении в Российской Федерации чемпионата мира по футболу FIFA 2018 года, Кубка конфедераций FIFA 2017 года и внесении изменений в отдельные законодательные акты Российской Федерации" (Собрание законодательства Российской Федерации, 2013, № 23, ст. 2866; 2016, № 27, ст. 4199; 2017, № 18, ст. 2661; 2018, № 11, ст. 1578) изменение, дополнив ее частью 6 1 следующего содержания: "6 1 . В период по 31 декабря 2018 года включительно въезд в Российскую Федерацию и выезд из Российской Федерации иностранных граждан и лиц без гражданства, указанных в части 6 настоящей статьи, посетивших в качестве зрителей спортивных соревнований матчи чемпионата мира по футболу FIFA 2018 года, осуществляются без оформления виз по действительным документам, удостоверяющим личность и признаваемым Российской Федерацией в этом качестве, персонифицированной карте зрителя, полученной до или в течение периода проведения спортивного соревнования.". Президент Российской Федерации В.Путин Москва, Кремль 3 августа 2018 года № 331-ФЗ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