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10 Федерального закона "О собраниях, митингах, демонстрациях, шествиях и пикетированиях"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