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Конвенции между Правительством Российской Федерации и Правительством Республики Эквадор об избежании двойного налогообложения и о предотвращении уклонения от налогообложения в отношении налогов на доходы и Протокола к ней</w:t>
      </w:r>
    </w:p>
    <w:p>
      <w:r>
        <w:rPr>
          <w:b/>
        </w:rPr>
        <w:t>Статья None. Федеральный закон   от 30.10.2018 № 370-ФЗ</w:t>
      </w:r>
    </w:p>
    <w:p>
      <w:r>
        <w:t>О ратификации Конвенции между Правительством Российской Федерации и Правительством Республики Эквадор об избежании двойного налогообложения и о предотвращении уклонения от налогообложения в отношении налогов на доходы и Протокола к ней РОССИЙСКАЯ ФЕДЕРАЦИЯ ФЕДЕРАЛЬНЫЙ ЗАКОН О ратификации Конвенции между Правительством Российской Федерации и Правительством Республики Эквадор об избежании двойного налогообложения и о предотвращении уклонения от налогообложения в отношении налогов на доходы и Протокола к ней Принят Государственной Думой 18 октября 2018 года Одобрен Советом Федерации 24 октября 2018 года Ратифицировать Конвенцию между Правительством Российской Федерации и Правительством Республики Эквадор об избежании двойного налогообложения и о предотвращении уклонения от налогообложения в отношении налогов на доходы и Протокол к ней, подписанные в городе Сочи 14 ноября 2016 года. Президент Российской Федерации В.Путин Москва, Кремль 30 октября 2018 года № 370-ФЗ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