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2</w:t>
      </w:r>
    </w:p>
    <w:p>
      <w:r>
        <w:t>Пункт 3 части 1 статьи 17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2007, № 10, ст. 1151; 2008, № 13, ст. 1186; № 52, ст. 6235; 2010, № 5, ст. 459; 2011, № 48, ст. 6730; 2013, № 19, ст. 2329; 2014, № 52, ст. 7542; 2015, № 41, ст. 5639; 2017, № 1, ст. 46; № 15, ст. 2139; № 31, ст. 4766; 2018, № 32, ст. 5100) после слов "политической партией;" дополнить словами "участия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органе;", после слов "кроме политической партии" дополнить словами "и органа профессионального союза, в том числе выборного органа первичной профсоюзной организации, созданной в государственном органе".</w:t>
      </w:r>
    </w:p>
    <w:p>
      <w:r>
        <w:rPr>
          <w:b/>
        </w:rPr>
        <w:t>Статья 3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30, ст. 3616; № 52, ст. 6235; 2011, № 19, ст. 2709; № 43, ст. 5976; № 48, ст. 6730; 2013, № 27, ст. 3462; № 48, ст. 6165; 2014, № Ю, ст. 954; № 52, ст. 7542; 2016, № 7, ст. 909; № 27, ст. 4157; 2017, № 15, ст. 2139; № 31, ст. 4741, 4766; 2018, № 32, ст. 5100) следующие изменения</w:t>
      </w:r>
    </w:p>
    <w:p>
      <w:r>
        <w:t>статью 13 дополнить частью 3 следующего содержания: "3. Муниципальный служащий, являющийся руководителем, в целях исключения конфликта интересов в органе местного самоуправления,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 указанной должности."</w:t>
      </w:r>
    </w:p>
    <w:p>
      <w:r>
        <w:t>пункт 3 части 1 статьи 14 после слов "политической партией;" дополнить словами "участия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образования;", после слов "кроме политической партии" дополнить словами "и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образования"</w:t>
      </w:r>
    </w:p>
    <w:p>
      <w:r>
        <w:rPr>
          <w:b/>
        </w:rPr>
        <w:t>Статья 4</w:t>
      </w:r>
    </w:p>
    <w:p>
      <w:r>
        <w:t>Внести в статью 121 Федерального закона от 25 декабря 2008 года № 273-ФЗ "О противодействии коррупции" (Собрание законодательства Российской Федерации, 2008, № 52, ст. 6228; 2011, № 48, ст. 6730; 2013, № 40, ст. 5031; 2014, № 52, ст. 7542; 2015, № 41, ст. 5639; № 45, ст. 6204; № 48, ст. 6720; 2017, № 15, ст. 2139; 2018, № 32, ст. 5100) следующие изменения</w:t>
      </w:r>
    </w:p>
    <w:p>
      <w:r>
        <w:t>подпункт "а" пункта 2 части 3 после слов "политической партией," дополнить словами "профсоюзом, зарегистрированным в установленном порядке,"</w:t>
      </w:r>
    </w:p>
    <w:p>
      <w:r>
        <w:t>дополнить частью 6 следующего содержания: "6.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