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1 Федерального закона "О закупках товаров, работ, услуг отдельными видами юридических лиц"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