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</w:t>
      </w:r>
    </w:p>
    <w:p>
      <w:r>
        <w:rPr>
          <w:b/>
        </w:rPr>
        <w:t>Статья 1</w:t>
      </w:r>
    </w:p>
    <w:p>
      <w:r>
        <w:t>Внести в пункт 2 части 6 статьи 7 Федерального закона от 3 июля 2016 года № 230-ФЗ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(Собрание законодательства Российской Федерации, 2016, № 27, ст. 4163) изменение, изложив его в следующей редакции: "2) сведения о наличии просроченной задолженности, в том числе могут указываться ее размер и структура;".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