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6165; 2014, № 30, ст. 4269; № 49, ст. 6927; 2015, № 51, ст. 7245; 2016, № 1, ст. 52; № 27, ст. 4183; 2017, № 1, ст. 12, 13) следующие изменения</w:t>
      </w:r>
    </w:p>
    <w:p>
      <w:r>
        <w:t>часть 2 статьи 20 дополнить пунктом 72 следующего содержания: "72)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порядке, предусмотренном частью 66 статьи 26 настоящего Федерального закона;"</w:t>
      </w:r>
    </w:p>
    <w:p>
      <w:r>
        <w:t>в статье 26: а) часть 6 дополнить пунктом 4 следующего содержания: "4) для софинансирования расходов медицинских организаций на оплату труда врачей и среднего медицинского персонала."; б) дополнить частью 66 следующего содержания: "66. Средства нормированного страхового запаса территориального фонда на цели, указанные в пункте 4 части 6 настоящей статьи, предоставляются территориальным фондом медицинским организациям государственной системы здравоохранения и муниципальной системы здравоохранения, оказывающим первичную медико-санитарную помощь в соответствии с территориальными программами обязательного медицинского страхования.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соглашения, типовая форма и порядок заключения которого утверждаются уполномоченным федеральным органом исполнительной власти. Порядок формирования средств нормированного страхового запаса, условия их предоставления медицинским организациям и порядок их использования устанавливаются уполномоченным федеральным органом исполнительной власти."</w:t>
      </w:r>
    </w:p>
    <w:p>
      <w:r>
        <w:t>в статье 30: а) часть 2 после слов "тарифным соглашением" дополнить словами ", заключаемым"; б) дополнить частью 21 следующего содержания: "21. Тарифное соглашение в пятидневный срок после дня его заключения направляется председателем комиссии, указанной в части 9 статьи 36 настоящего Федерального закона, в Федеральный фонд для подготовки заключения о соответствии тарифного соглашения базовой программе обязательного медицинского страхования. Порядок и сроки рассмотрения тарифного соглашения, подготовки заключения Федеральным фондом и его типовая форма устанавливаются уполномоченным федеральным органом исполнительной власти. В случае, если в заключении Федерального фонда сделан вывод о несоответствии тарифного соглашения базовой программе обязательного медицинского страхования, представители сторон тарифного соглашения, указанных в части 2 настоящей статьи, обеспечивают внесение соответствующих изменений в тарифное соглашение, а председатель комиссии повторно направляет его в Федеральный фонд в установленный им срок."; в) дополнить частью 22 следующего содержания: "22. Лица, виновные в нарушении требований части 21 настоящей статьи, несут ответственность, предусмотренную законодательством Российской Федерации."</w:t>
      </w:r>
    </w:p>
    <w:p>
      <w:r>
        <w:t>статью 51 дополнить частью 24 следующего содержания: "24. Положения пункта 72 части 2 статьи 20, пункта 4 части 6 и части 66 статьи 26 настоящего Федерального закона применяются до 1 января 2025 года."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2019 года, за исключением подпункта "в" пункта 3 статьи 1 настоящего Федерального закона</w:t>
      </w:r>
    </w:p>
    <w:p>
      <w:r>
        <w:rPr>
          <w:b/>
        </w:rPr>
        <w:t xml:space="preserve">2. </w:t>
      </w:r>
      <w:r>
        <w:t>Подпункт "в" пункта 3 статьи 1 настоящего Федерального закона вступает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