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2018 год и на плановый период 2019 и 2020 годов"</w:t>
      </w:r>
    </w:p>
    <w:p>
      <w:r>
        <w:rPr>
          <w:b/>
        </w:rPr>
        <w:t>Статья 1</w:t>
      </w:r>
    </w:p>
    <w:p>
      <w:r>
        <w:t>Внести в Федеральный закон от 5 декабря 2017 года № 362-ФЗ "О федеральном бюджете на 2018 год и на плановый период 2019 и 2020 годов" (Собрание законодательства Российской Федерации, 2017, № 50, ст. 7533; 2018, № 28, ст. 4157) следующие изменения</w:t>
      </w:r>
    </w:p>
    <w:p>
      <w:r>
        <w:t>в части 1 статьи 1: а) в абзаце первом слова "в размере 98 234,0 млрд. рублей" заменить словами "в размере 101 164,0 млрд. рублей", слова "2,8 процента" заменить словами "3,4 процента"; б) в пункте 1 слова "в сумме 17 072 888 495,2 тыс. рублей" заменить словами "в сумме 18 947 568 263,9 тыс. рублей", слова "в сумме 2 739 806 017,1 тыс. рублей" заменить словами "в сумме 4 093 279 943,9 тыс. рублей"; в) в пункте 2 слова "в сумме 16 591 147 817,7 тыс. рублей" заменить словами "в сумме 16 808 848 191,1 тыс. рублей"; г) в пункте 3 слова "в сумме 10 280 642 322,7 тыс. рублей" заменить словами "в сумме 9 821 290 271,7 тыс. рублей"; д) в пункте 4 слова "в сумме 61,9 млрд. долларов США, или 49,5 млрд. евро" заменить словами "в сумме 61,7 млрд. долларов США, или 52,3 млрд. евро"; е) в пункте 5 слова "в сумме 481 740 677,5 тыс. рублей" заменить словами "в сумме 2 138 720 072,8 тыс. рублей"</w:t>
      </w:r>
    </w:p>
    <w:p>
      <w:r>
        <w:t>абзац шестой пункта 3 части 3 статьи 5 после слова "электроэнергии," дополнить словами "услуг по организации и осуществлению перевозки грузов и пассажиров железнодорожным транспортом общего пользования,"</w:t>
      </w:r>
    </w:p>
    <w:p>
      <w:r>
        <w:t>в статье 6: а) в части 1 слова "в сумме 774 672 487,2 тыс. рублей" заменить словами "в сумме 768 830 744,0 тыс. рублей"; б) в части 2 слова "приложениям 8, 81 и 9 (совершенно секретно)" заменить словами "приложениям 8, 81, 82, 9 (совершенно секретно) и 91 (совершенно секретно)"; в) в части 3 слова "приложениям 10, 101, 11 (секретно), 111 (секретно), 12 (совершенно секретно) и 121 (совершенно секретно)" заменить словами "приложениям 10, 101, 102, 11 (секретно), 111 (секретно), 112 (секретно), 12 (совершенно секретно), 121 (совершенно секретно) и 122 (совершенно секретно)"; г) в части 4 слова "приложениям 13, 131, 14 (секретно) и 141 (секретно)" заменить словами "приложениям 13, 131, 132, 14 (секретно), 141 (секретно) и 142 (секретно)"; д) в части 5 слова "приложениям 15, 151, 16 (секретно) и 161 (секретно)" заменить словами "приложениям 15, 151, 152, 16 (секретно), 161 (секретно) и 162 (секретно)"; е) в части 7 слова "приложениям 18, 181, 19 (секретно) и 20 (совершенно секретно)" заменить словами "приложениям 18, 181, 182, 19 (секретно), 191 (секретно) и 20 (совершенно секретно)"; ж) в части 8 слова "приложениям 21, 211, 22 (секретно) и 221 (секретно)" заменить словами "приложениям 21, 211, 212, 22 (секретно), 221 (секретно) и 222 (секретно)"; з) в части 9 слова "приложениям 23, 231, 24 (секретно), 241 (секретно), 25 (совершенно секретно) и 251 (совершенно секретно)" заменить словами "приложениям 23, 231, 232, 24 (секретно), 241 (секретно), 242 (секретно), 25 (совершенно секретно), 251 (совершенно секретно) и 252 (совершенно секретно)"</w:t>
      </w:r>
    </w:p>
    <w:p>
      <w:r>
        <w:t>часть 6 статьи 8 после слова "военнослужащих" дополнить словами ", лиц, проходящих службу в войсках национальной гвардии Российской Федерации и имеющих специальное звание полиции,", после слов "службы в" дополнить словом "войсках,"</w:t>
      </w:r>
    </w:p>
    <w:p>
      <w:r>
        <w:t>в статье 9: а) в части 1 слова "приложениям 27, 271, 28 (секретно) и 281 (секретно)" заменить словами "приложениям 27, 271, 272, 28 (секретно), 281 (секретно) и 282 (секретно)"; б) в части 3 слова "до 263 083 786,0 тыс. рублей" заменить словами "до 263 757 567,5 тыс. рублей"</w:t>
      </w:r>
    </w:p>
    <w:p>
      <w:r>
        <w:t>в статье 10: а) в части 1 слова "приложениям 31 и 311" заменить словами "приложениям 31, 311 и 312"; б) в части 2 слова "приложениям 32 и 321" заменить словами "приложениям 32, 321 и 322"; в) часть 5 после слов "на возмещение фактически осуществленных расходов бюджетов субъектов Российской Федерации" дополнить словами ", иных межбюджетных трансфертов на финансовое обеспечение дорожной деятельности, предоставление которых осуществляется за счет перераспределения между субъектами Российской Федерации ранее распределенных в текущем финансовом году иных межбюджетных трансфертов"</w:t>
      </w:r>
    </w:p>
    <w:p>
      <w:r>
        <w:t>в статье 13: а) в части 3 слова "в сумме 1 959 763 710,0 тыс. рублей" заменить словами "в сумме 1 896 726 288,9 тыс. рублей"; б) часть 6 признать утратившей силу</w:t>
      </w:r>
    </w:p>
    <w:p>
      <w:r>
        <w:t>в статье 14: а) в части 3 слова "18,3 млрд. евро" заменить словами "19,4 млрд. евро"; б) в части 6 слова "до 4 000,0 млн. долларов США" заменить словами "до 3 212,2 млн. долларов США"</w:t>
      </w:r>
    </w:p>
    <w:p>
      <w:r>
        <w:t>в части 5 статьи 17: а) в пункте 1 слова "в сумме 631 090 763,1 тыс. рублей" заменить словами "в сумме 531 090 763,1 тыс. рублей"; б) в пункте 2 слова "в сумме 383 921 598,5 тыс. рублей" заменить словами "в сумме 354 909 580,0 тыс. рублей"; в) в пункте 3 слова "в сумме 15 304 548,5 тыс. рублей" заменить словами "в сумме 16 196 636,4 тыс. рублей"</w:t>
      </w:r>
    </w:p>
    <w:p>
      <w:r>
        <w:t>в статье 21: а) в части 1: в пункте 1 слова "в объеме 2 528 650,9 тыс. рублей" заменить словами "в объеме 3 028 650,9 тыс. рублей"; пункт 11 признать утратившим силу; в пункте 3 слова "в объеме 560 000,0 тыс. рублей" заменить словами "в объеме 70 000,0 тыс. рублей"; в пункте 4 слова "на 2018 год в объеме 3 000 000,0 тыс. рублей" заменить словами "на 2018 год в объеме 2 730 169,1 тыс. рублей"; в пункте 5 слова "в объеме 17 698 174,8 тыс. рублей" заменить словами "в объеме 19 254 134,3 тыс. рублей"; в пункте 6 слова "в объеме 100 024 492,2 тыс. рублей" заменить словами "в объеме 100 106 390,0 тыс. рублей"; в пункте 7 слова "на 2018 год в объеме 600 000,0 тыс. рублей" заменить словами "на 2018 год в объеме 1 000 000,0 тыс. рублей"; в пункте 12 слова "в объеме 43 764 388,9 тыс. рублей" заменить словами "в объеме 55 701 393,5 тыс. рублей"; в пункте 14 слова "в объеме 5 002 183,1 тыс. рублей" заменить словами "в объеме 3 014 450,9 тыс. рублей"; в пункте 15 слова "в объеме 924 771,3 тыс. рублей" заменить словами "в объеме 100 000,0 тыс. рублей"; в пункте 17 слова "на 2018 год в объеме 274 607,1 тыс. рублей," исключить; в пункте 20 слова "в объеме 1 887 791,2 тыс. рублей" заменить словами "в объеме 3 749 791,2 тыс. рублей", после слов "отдельных решений Правительства Российской Федерации" дополнить словами "по отдельным субъектам Российской Федерации"; в пункте 221 слова "в объеме 5 011 623,3 тыс. рублей" заменить словами "в объеме 4 011 623,3 тыс. рублей"; в пункте 24 слова "на 2018 год в объеме 3 157 673,0 тыс. рублей" заменить словами "на 2018 год в объеме 3 363 624,0 тыс. рублей"; б) часть 6 после слов "акционерным обществом "Спецремонт"," дополнить словами "а также по государственным контрактам, заключенным Министерством обороны Российской Федерации, Государственной корпорацией по космической деятельности "Роскосмос" с акционерным обществом "Государственный космический научно-производственный центр имени М.В.Хруничева", публичным акционерным обществом "Ракетно-космическая корпорация "Энергия" имени С.П.Королева" и акционерным обществом "Ракетно-космический центр "Прогресс" в период с 2001 по 2016 год,"; в) часть 8 изложить в следующей редакции: "8. Установить, что в 2018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при поступлении в федеральный бюджет в объемах, указанных в пунктах 1 - 3 настоящей части, субсидий из бюджета города Москвы в целях:</w:t>
      </w:r>
    </w:p>
    <w:p>
      <w:r>
        <w:t>строительства объектов железнодорожной инфраструктуры Киевского направления Московской железной дороги - в объеме до 5 250 000,0 тыс. рублей</w:t>
      </w:r>
    </w:p>
    <w:p>
      <w:r>
        <w:t>завершения реализации проекта интеграции остановочных пунктов радиальных направлений Московского железнодорожного узла в Малое кольцо Московской железной дороги - в объеме до 4 560 000,0 тыс. рублей</w:t>
      </w:r>
    </w:p>
    <w:p>
      <w:r>
        <w:t>выполнения работ по реконструкции путепровода Смоленского направления Московской железной дороги через улицу Минская - в объеме до 1 175 000,0 тыс. рублей."; г) дополнить частью 12 следующего содержания: "12. Установить, что публичное акционерное общество "Государственная транспортная лизинговая компания" вправе использовать средства неиспользованного взноса в уставный капитал публичного акционерного общества "Государственная транспортная лизинговая компания", предусмотренного приложением 331 к Федеральному закону от 19 декабря 2016 года № 415-ФЗ "О федеральном бюджете на 2017 год и на плановый период 2018 и 2019 годов" в целях пополнения парка воздушных судов российских авиакомпаний, в размере до 600 000,0 тыс. рублей в целях передачи воздушных судов по договорам лизинга государственным унитарным предприятиям субъектов Российской Федерации, не являющимся российскими авиакомпаниями, по решению Правительства Российской Федерации.". 11) дополнить приложением 82 следующего содержания: "Приложение 82 к Федеральному закону"О федеральном бюджете на 2018 год и на плановый период 2019 и 2020 годов" Изменение распределения бюджетных ассигнований на исполнение публичных нормативных обязательств Российской Федерации на 2018 год и на плановый период 2019 и 2020 годов, предусмотренного приложением 8 к Федеральному закону "О федеральном бюджете на 2018 год и на плановый период 2019 и 2020 годов" (тыс. рублей) Наименование ЦСР Рз ПР Мин 2018 год -5 827 527,1 -4 687 055,5 187 -28 826,5 417 -10,1 150 -2 072 713,7 180 -7 000,0 187 -20 792,7 187 -778,5 150 -16 399,3 187 -1 401,4 187 -4 498,8 187 -39 099,3 189 -56 956,3 187 -2 419,4 417 -12,0 153 +3 700,0 180 -5 000,0 187 -139 012,5 417 -486,6 177 -70 024,8 180 -18 000,0 187 -14 018,2 187 -142 482,5 417 -2 412,1 089 -3 800,0 153 +11 736,8 417 -1 863,0 150 -1 175 680,0 177 -8 000,0 187 -520 178,2 417 -3 787,5 180 -155 000,0 188 -150 000,0 107 +343,1 180 -8 056,9 187 -5 285,4 150 +63,9 180 -18 000,0 187 -1 224,0 150 -9 624,3 417 -55,3 -100 000,0 188 -100 000,0 -27 050,2 177 -18 799,1 177 -8 251,1 -858 593,4 153 +208 018,9 188 -134 112,3 320 -516 500,0 415 -416 000,0 -141 828,0 417 -141 828,0 -13 000,0 180 -13 000,0"</w:t>
      </w:r>
    </w:p>
    <w:p>
      <w:r>
        <w:t>дополнить приложением 91 (совершенно секретно) следующего содержания</w:t>
      </w:r>
    </w:p>
    <w:p>
      <w:r>
        <w:t>в приложении 101: а) строку +1 495 000,0" +1 495 000,0"</w:t>
      </w:r>
    </w:p>
    <w:p>
      <w:r>
        <w:t>дополнить приложением 102 следующего содержания: "Приложение 102к Федеральному закону"О федеральном бюджете на 2018 год и на плановый период 2019 и 2020 годов" Изменения ведомственной структуры расходовфедерального бюджета на 2018 год и на плановый период 2019 и 2020 годов, предусмотренной приложением 10 к Федеральному закону "О федеральном бюджете на 2018 год и на плановый период 2019 и 2020 годов" (тыс. рублей) Наименование Мин Рз ПР ЦСР ВР 2018 год +232 897 765,3 -11 839,7 -11 839,7 -11 839,7 -11 839,7 -11 839,7 -11 839,7 +17 803 245,2 +2 715 469,3 -54,1 -54,1 -54,1 -54,1 -54,1 +2 715 523,4 +2 715 523,4 +2 715 523,4 +2 600 000,0 +2 600 000,0 +115 523,4 +578 523,4 -463 000,0 -1 685 369,0 -61 920,4 -10 371,6 -10 371,6 -10 371,6 -10 371,6 -51 548,8 -51 548,8 +4 629,2 -56 178,0 +429 542,8 +503 811,2 +503 816,7 +503 816,7 +503 816,7 -5,5 -5,5 -5,5 -0,5 -0,5 -0,5 -0,5 +303 000,0 +101 000,0 +101 000,0 +101 000,0 +202 000,0 +202 000,0 +202 000,0 -377 210,0 -277 000,0 -277 000,0 -148 000,0 -157 000,0 +28 000,0 -100 000,0 -100 000,0 -100 000,0 -210,0 -210,0 -210,0 -57,9 -57,9 -57,9 -2 052 991,4 -7 076 888,7 -9 356 911,6 -3 588 461,4 +250 000,0 -600 000,0 -2 042 574,8 +1 852 618,2 +250 000,0 -2 828 504,8 -470 000,0 -993 700,0 -993 700,0 -970 447,4 -1 370 447,4 +400 000,0 -1 854 302,8 +750 000,0 -2 604 302,8 -1 950 000,0 -1 950 000,0 +126 000,0 +126 000,0 +126 000,0 -160 000,0 -150 000,0 -150 000,0 -10 000,0 -38 600,0 -96 395,8 +140 000,0 -15 004,2 -938 618,2 -426 000,0 -426 000,0 -512 618,2 -197 000,0 -315 618,2 +1 831 218,4 -2 381 422,7 -2 381 422,7 +922 000,0 +922 000,0 -3 280,3 -3 280,3 +3 293 921,4 +4 129 351,4 -260 000,0 -575 430,0 +1 271 422,7 +1 221 422,7 +1 221 422,7 +50 000,0 +50 000,0 +150 000,0 +150 000,0 +695 063,9 -545 063,9 +6 082 384,3 +175 183,2 +175 183,2 -427 941,9 +803 125,1 -200 000,0 +70 000,0 +70 000,0 +70 000,0 +7 900 000,0 +7 900 000,0 +7 900 000,0 -219 800,0 -219 800,0 -219 800,0 -45 000,0 -45 000,0 -45 000,0 -1 797 998,9 -484 199,9 -484 199,9 -1 313 799,0 -611 987,1 -701 811,9 -500,0 -500,0 -500,0 -500,0 0,0 +606 566,5 +606 566,5 -606 566,5 -357 210,7 -514 000,0 +264 644,2 -303 000,0 -25 000,0 -25 000,0 -25 000,0 -25 000,0 -25 000,0 -25 000,0 -253 000,0 -25 000,0 -25 000,0 -228 000,0 -228 000,0 -451 000,0 +30 000,0 +30 000,0 -350 000,0 -420 000,0 +800 000,0 -475 000,0 -475 000,0 -475 000,0 -6 000,0 -6 000,0 -6 000,0 -303 980,0 -303 980,0 -303 980,0 -206 000,0 -97 980,0 -7,0 -7,0 -7,0 +16 769 267,3 +16 769 267,3 +16 769 267,3 +16 769 267,3 +16 769 267,3 +16 769 267,3 +3 877,6 +3 877,6 +3 877,6 +3 877,6 +3 877,6 +3 877,6 -1 217 084,5 +1 000,0 +1 000,0 +1 000,0 +1 000,0 +1 000,0 +1 000,0 -1 218 082,8 -1 098 267,9 -1 098 267,9 -1 000 000,0 -1 000 000,0 -1 000 000,0 -39 550,6 -39 550,6 -39 550,6 -58 717,3 -58 717,3 +9 000,0 -67 717,3 0,0 0,0 +251 866,1 -251 866,1 -114 914,9 -114 914,9 -114 914,9 -10 000,0 -10 000,0 -104 914,9 -60 650,4 -44 264,5 -4 900,0 -4 900,0 -4 900,0 -4 900,0 -4 900,0 -1,7 -1,7 -1,7 -1,7 -1,7 -1,7 -115 447,6 -115 332,1 +505,1 +505,1 +505,1 +505,1 +505,1 -115 837,2 -115 837,2 -115 837,2 -115 837,2 +16 843,6 -132 680,8 -115,5 -115,5 -115,5 -115,5 -115,5 -115,5 -278 371,6 -278 249,7 -278 249,7 -278 249,7 -278 249,7 +42 483,7 -1 378,3 -2,4 +43 864,4 -433 650,8 -433 650,8 -57 733,6 -57 733,6 -24 286,9 -24 286,9 -8 646,6 -8 646,6 +2 517,5 +2 651,2 -133,7 +201 067,0 +201 067,0 -121,9 -121,9 -121,9 -121,9 -4,1 -4,1 -117,8 -117,8 -1 372 327,3 +211 183,8 +211 183,8 +211 183,8 +218 143,3 +218 143,3 +218 143,3 -6 959,5 -6 959,5 -6 959,5 -1 074 771,3 +1 695,0 +1 695,0 +1 695,0 +1 987,7 -292,7 +716 935,8 +716 935,8 +716 935,8 +716 935,8 +716 935,8 -1 790 736,3 -1 790 736,3 -1 790 736,3 -1 790 736,3 -1 790 736,3 -2 665,8 -1 849,5 -1 849,5 -1 849,5 -1 849,5 -299,2 -299,2 -299,2 -299,2 -517,1 -517,1 -517,1 -517,1 -508 739,8 -716 935,8 -716 935,8 +395 000,0 +395 000,0 +395 000,0 -1 111 935,8 -1 111 935,8 +303 732,6 +303 732,6 +303 732,6 +303 732,6 +303 732,6 +1 731,0 +1 731,0 +865,5 +865,5 +865,5 +865,5 +865,5 +865,5 -97 267,6 -97 267,6 -2 557,3 -2 557,3 -2 557,3 -94 710,3 -94 710,3 +63 273,2 +63 380,8 +63 380,8 +64 217,5 +70 037,2 +72 903,4 -1 346,4 +74 249,8 -2 866,2 +8 576,1 -5 048,3 -6 394,0 -5 819,7 -5 819,7 -5 819,7 -836,7 -836,7 -836,7 -107,6 -107,6 -107,6 -107,6 -107,6 -107,6 +349 100,6 +6 958,5 +6 958,5 +6 958,5 +6 958,5 +6 958,5 +6 958,5 +338 513,7 +338 605,6 +338 605,6 +345 416,8 +844,4 +844,4 +344 572,4 +344 572,4 -6 811,2 +236,6 +236,6 -7 047,8 -3 000,0 -3 669,5 +90,7 -469,0 -91,9 -91,9 -91,9 -91,9 -91,9 +3 640,7 +3 640,7 +3 640,7 +3 640,7 +3 640,7 +3 640,7 -12,3 -12,9 -12,9 -12,9 -12,9 -12,9 +0,6 +0,6 +0,6 +0,6 +0,6 +23 810,9 +104 799,4 +2 900,0 +2 900,0 +2 900,0 +2 900,0 +2 900,0 +101 900,0 +31 900,0 +31 900,0 +31 900,0 +31 900,0 +70 000,0 +70 000,0 +70 000,0 -0,6 -0,6 -0,6 -0,6 -0,6 -80 988,5 -465 910,7 +33 654,1 +710 501,1 +252 282,7 +252 282,7 +458 218,4 -5 574,0 +463 792,4 +122 753,5 +210 665,3 +135 700,0 +74 965,3 -87 911,8 -87 911,8 -65 309,2 -65 309,2 -65 309,2 -734 291,3 -212 060,1 -522 231,2 -497 141,9 -497 141,9 -497 141,9 -2 422,9 -557,3 -557,3 -557,3 -1 865,6 -1 865,6 -1 865,6 +494 904,4 +494 904,4 +494 904,4 +494 904,4 -11,3 +494 915,7 +4 572,2 +4 572,2 +4 572,2 +4 572,2 +4 572,2 -114 554,4 -90 644,2 -30 000,0 -30 000,0 -30 000,0 -60 644,2 -60 644,2 -60 644,2 -23 910,2 -23 910,2 -23 910,2 -1 363 870,5 +16 516,2 +16 516,2 +16 516,2 +16 516,2 +16 516,2 +16 516,2 -2 435,7 -2 435,7 -2 435,7 -2 435,7 -2 435,7 -2 435,7 +84 100,0 +600,0 +600,0 +600,0 +600,0 +600,0 +83 500,0 +83 500,0 +83 500,0 +83 500,0 +83 500,0 -1 462 051,0 +228 151,9 +228 151,9 +228 151,9 -2,0 -2,0 -69 573,9 -9 750,9 -59 823,0 +297 727,8 +177 727,8 +120 000,0 -296,7 -296,7 -296,7 -0,9 -0,9 -295,8 -295,8 -225 808,6 -225 808,6 -177 727,8 -139 190,0 -139 190,0 -38 537,8 -38 537,8 -48 798,4 -48 798,4 -48 798,4 +272,0 +272,0 +272,0 +445,6 +445,6 +445,6 -1 464 097,6 -1 461 026,1 -1 400 413,4 -46 008,9 -46 008,9 -8 738,7 -8 738,7 -1 558,9 -1 558,9 -106,9 +150,0 +5 556,0 -99,0 -5 713,9 -1 344 000,0 -1 344 000,0 -10 677,5 -10 677,5 -10 677,5 -49 935,2 -9 000,0 -9 000,0 -29 784,5 +2 110,1 -31 894,6 +9 000,0 +9 000,0 -20 150,7 -20 150,7 -3 071,5 -3 071,5 -3 071,5 -65 683,3 -62 198,7 -62 198,7 -62 198,7 -62 198,7 -62 198,7 -62 198,7 -3 484,6 -3 484,6 -3 484,6 -3 484,6 -3 484,6 -3 484,6 +10 515 818,1 -9 332,7 +2 584,2 +2 584,2 +2 584,2 +2 584,2 +2 584,2 -11 916,9 -11 916,9 -11 916,9 -11 916,9 -11 916,9 +12 717 389,9 +12 800 000,0 +12 800 000,0 +12 800 000,0 +5 000 000,0 +7 800 000,0 -47 701,9 -47 701,9 -47 701,9 -47 701,9 -47 701,9 -34 908,2 -21 785,3 -21 785,3 -21 785,3 -300,0 -21 363,3 -122,0 -13 122,9 -13 122,9 -13 122,9 +257,0 +257,0 +257,0 +257,0 +257,0 +257,0 -133 545,8 -133 545,8 -133 545,8 -133 545,8 -135 542,9 -135 542,9 +1 997,1 +1 997,1 -2 058 950,3 -2 058 950,3 -2 058 950,3 +189 399,7 +189 399,7 +189 399,7 -2 248 350,0 +1 502 900,0 +1 502 900,0 -3 751 250,0 -3 751 250,0 -1 064 095,0 -368,5 -368,5 -368,5 -368,5 -368,5 -76,3 -292,2 -1 063 726,5 -1 063 726,5 -1 063 726,5 -823 917,7 -814 080,2 -814 080,2 -9 809,2 -9 809,2 -28,3 -28,3 -6,6 -6,6 -6,6 -239 802,2 -41 672,2 -39 835,0 -1 837,2 -269 149,9 -236 715,6 -32 434,3 -98,3 -98,3 -2,9 -2,9 +71 121,1 +71 121,1 +9 596 372,8 +7 324,9 +7 324,9 +7 324,9 +7 324,9 +7 324,9 +7 324,9 +9 589 047,9 +100,0 +100,0 +100,0 +100,0 +100,0 +18 900,0 +18 900,0 +18 900,0 +18 900,0 +18 900,0 +35 500,0 +35 500,0 +35 500,0 +35 500,0 +35 500,0 +11 800,0 +11 800,0 +11 800,0 +11 800,0 +11 800,0 +3 139,3 +3 139,3 +3 139,3 +3 139,3 +3 139,3 +9 519 608,6 +9 509 200,0 +9 509 200,0 +1 100,0 +1 100,0 +9 508 100,0 +9 508 100,0 +10 408,6 +10 408,6 +31 208,6 -20 800,0 -2 814 870,4 -43 246,4 -43 246,4 -43 246,4 -43 246,4 -2 156,3 -2 156,3 -41 090,1 -41 090,1 -1 594 822,8 -927 980,0 -927 980,0 -927 980,0 -927 980,0 -927 980,0 -666 842,8 -657 345,5 -657 345,5 -657 345,5 -9 497,3 -9 497,3 -9 497,3 -1 072 273,8 -148 185,3 -148 185,3 -148 185,3 -148 185,3 +1 814,7 -150 000,0 +363 091,0 +363 091,0 +363 091,0 +378 091,0 +378 091,0 -15 000,0 -15 000,0 -157 402,0 -157 402,0 -157 402,0 -157 402,0 -157 402,0 -9 981,4 -9 981,4 -9 981,4 -9 981,4 -9 981,4 -84 626,4 -84 626,4 -64 279,4 -64 279,4 -64 279,4 -20 347,0 -20 347,0 -20 347,0 -1 035 169,7 -847 163,6 -433 138,6 -433 138,6 -433 138,6 -100 000,1 -100 000,1 -100 000,1 -52 247,5 -52 247,5 -52 247,5 -260 088,5 -213 958,1 -213 958,1 -809,7 -809,7 -18 456,8 -18 456,8 -26 863,9 -26 863,9 -1 688,9 -1 688,9 -1 688,9 -176 859,4 -176 859,4 -176 859,4 -11 146,7 -11 146,7 -11 146,7 -104 527,4 -104 527,4 -104 527,4 -104 527,4 -104 527,4 -104 527,4 +4 552 784,8 +3 616 537,1 +3 591 069,1 +3 591 069,1 +3 591 069,1 +3 591 069,1 +3 591 069,1 +17 785,2 +31 665,0 +31 665,0 +31 665,0 +31 665,0 -187 495,6 -187 495,6 -187 495,6 -187 495,6 +173 615,8 +173 615,8 +173 615,8 -7 278,3 +180 894,1 +7 682,8 +7 682,8 +7 682,8 +8 781,3 -1 098,5 -225 917,1 -225 917,1 -225 917,1 -225 917,1 -225 917,1 -225 917,1 +1 159 442,0 +1 100,0 +1 100,0 +1 100,0 +1 100,0 +1 100,0 +1 000,0 +1 000,0 +1 000,0 +1 000,0 +1 000,0 +19 500,0 +19 500,0 +19 500,0 +19 500,0 +19 500,0 +1 137 842,0 +1 038 709,2 +1 038 709,2 +964 300,0 +964 300,0 +74 409,2 +74 409,2 +99 132,8 +99 132,8 +99 132,8 +99 132,8 +2 722,8 +2 722,8 +2 722,8 +2 722,8 +2 722,8 +2 722,8 +148 587,4 -35 651,7 -168 441,5 -168 441,5 +150 867,2 +150 867,2 +150 867,2 -746,8 -746,8 -746,8 +1 322,9 +1 322,9 +816,3 +502,4 +4,2 -319 884,8 -317 340,0 -317 340,0 -967,1 -967,1 -1 577,7 -1 577,7 +138 775,6 -24,1 -24,1 -24,1 -24,1 +138 799,7 +138 799,7 +138 799,7 +138 799,7 -5 985,8 -5 985,8 -5 985,1 -5 985,1 +4 248,0 -10 233,1 -0,7 -0,7 -0,7 +184 239,1 +107 523,5 +107 523,5 +107 523,5 +107 523,5 +107 523,5 +76 715,6 +76 715,6 +76 715,6 +76 715,6 +76 715,6 -27 357,3 -27 357,3 -27 357,3 -27 357,3 -26 681,1 -26 681,1 -63 112,1 +36 431,0 -676,2 -676,2 -676,2 -281 662,6 -281 652,1 -278 783,0 -278 783,0 -211 903,3 -211 903,3 -211 903,3 -66 879,7 -66 879,7 -66 879,7 +2 568,6 +2 568,6 +2 568,6 +2 568,6 +2 568,6 -5 437,7 -5 437,7 -5 437,7 -5 437,7 +627,0 -3 778,2 -2 286,5 -10,5 -10,5 -10,5 -10,5 -10,5 -10,5 -4 252 576,4 -2 306,4 -2 306,4 -2 306,4 -2 306,4 -2 306,4 -2 306,4 -5 931 251,2 -5 822 210,5 -31 366,2 -31 366,2 -31 366,2 -5 790 844,3 +999 958,4 +999 958,4 +999 958,4 -12 034 323,2 +9 474 573,5 +11 574 573,5 -2 100 000,0 -21 508 896,7 -21 508 896,7 +4 000 000,0 +4 000 000,0 +4 000 000,0 +1 499 977,9 +1 504 804,2 -81 333,3 +1 586 137,5 -2 359,9 -2 359,9 -2 466,4 -2 466,4 -579 218,8 -465 005,8 -465 005,8 -114 213,0 -114 213,0 -5 931,3 -6 616,3 -6 616,3 +685,0 +685,0 -2,9 -2,9 -2,9 +329 100,0 +329 100,0 +329 100,0 -404,4 -404,4 -404,4 -94 022,8 -94 022,8 -5 038,0 -5 038,0 -5 038,0 -685,0 -685,0 -685,0 -88 000,0 -88 000,0 -88 000,0 -299,8 -299,8 -299,8 -15 017,9 -15 012,9 -15 012,9 -15 012,9 -15 012,9 -5,0 -5,0 -5,0 +680 981,2 +2 100,0 +2 100,0 +2 100,0 +2 100,0 +2 100,0 +15 905,2 +15 905,2 +15 905,2 +15 905,2 +15 905,2 +662 976,0 +662 976,0 +662 976,0 +804 635,0 +804 635,0 -141 659,0 -141 659,0 +1 000 000,0 +1 000 000,0 +1 000 000,0 +1 000 000,0 +1 000 000,0 +1 000 000,0 -95 280,4 -118 793,2 -118 793,2 -118 793,2 -118 793,2 -785 356,8 -50 000,0 -735 356,8 +666 563,6 +666 663,7 +229,9 -330,0 +20 202,8 +2 647,4 +2 647,4 +2 647,4 +2 647,4 +2 647,4 -84,1 -84,1 -84,1 -84,1 -84,1 +17 388,1 +17 388,1 +17 388,1 +17 388,1 +17 388,1 +251,4 +251,4 +251,4 +251,4 +251,4 +3 310,0 +3 310,0 +3 310,0 +3 310,0 +3 310,0 +3 310,0 +174 535,9 +108 092,3 +108 092,3 +108 152,2 +108 152,2 +21 873,3 +86 278,9 -59,9 -59,9 -59,9 +66 443,6 +66 443,6 -3 800,0 -3 800,0 -3 800,0 -3 800,0 +70 243,6 +70 243,6 +70 243,6 -492 000,5 -490 500,0 -490 500,0 -490 500,0 -490 500,0 -490 500,0 +500,0 -491 000,0 -1 500,5 -0,5 -0,5 -0,5 -0,5 -0,5 -1 500,0 -1 500,0 -1 500,0 -1 500,0 -1 500,0 +172 379 495,4 +23 450 257,1 -353 926,4 -9 000,0 -9 000,0 -9 000,0 -9 000,0 -344 926,4 -344 926,4 -16 592,3 -313 371,2 -813,5 -14 149,4 +17 014 318,5 +18 247 025,1 +500 000,0 +500 000,0 +500 000,0 +17 747 025,1 +17 747 025,1 +17 747 025,1 -1 232 706,6 -1 232 706,6 -1 232 706,6 +11 671 786,5 +11 671 786,5 +11 671 786,5 +11 671 786,5 +6 671 786,5 +5 000 000,0 +305,3 +305,3 +305,3 +305,3 -4 882 226,8 -2 471 643,4 -2 471 643,4 -2 471 643,4 -2 471 643,4 -3 194 770,0 -269 830,9 -269 830,9 -269 830,9 +710 377,6 -289 622,4 -289 622,4 +1 000 000,0 +1 000 000,0 -3 591 869,1 -3 591 869,1 -3 591 869,1 -43 447,6 -42 714,2 -14 382,0 -28 332,2 -733,4 -733,4 +784 186,6 +784 186,6 -19 044,4 +1 392,6 +801 838,4 +58 205 993,7 -274 607,1 -274 607,1 -274 607,1 -274 607,1 -274 607,1 +11 937 004,6 +11 937 004,6 +11 937 004,6 +11 937 004,6 +11 937 004,6 +1 862 000,0 +1 862 000,0 +1 862 000,0 +1 862 000,0 +1 862 000,0 +44 681 596,2 +230 346,2 +230 346,2 +230 346,2 +230 346,2 +24 451 250,0 -1 000 000,0 -1 000 000,0 -1 000 000,0 +25 451 250,0 +25 451 250,0 +25 451 250,0 +20 000 000,0 +20 000 000,0 +20 000 000,0 +152 000,0 +152 000,0 +152 000,0 +152 000,0 +152 000,0 +152 000,0 -14 112 789,9 -419 116,4 -419 116,4 -419 116,4 -13 693 673,5 -271 108,0 -271 108,0 -271 108,0 -4 104,0 -267 004,0 +205 951,0 +205 951,0 +205 951,0 +205 951,0 -13 628 516,5 -13 628 516,5 -13 628 516,5 -10 000 000,0 -10 000 000,0 -10 000 000,0 -10 000 000,0 -10 000 000,0 -10 000 000,0 +114 684 034,5 -301 031,1 -301 031,1 -301 031,1 -301 031,1 -301 031,1 +114 985 065,6 +111 219,2 +111 219,2 +111 219,2 +111 219,2 +114 873 846,4 +114 873 846,4 +114 873 846,4 +107 660 039,4 +620 000,0 +6 533 747,0 +60 060,0 +7 888,7 +8 154,0 +8 154,0 +8 154,0 +8 154,0 +8 154,0 +8 154,0 -265,3 -102,9 -102,9 -102,9 -62,0 -62,0 -40,9 -40,9 -162,4 -162,4 -162,4 -47,5 -47,5 -114,9 -114,9 +707,2 +709,9 +10 709,9 +10 712,6 +10 712,6 +10 712,6 +937,8 +9 774,8 -2,7 -2,7 -2,7 -10 000,0 -10 000,0 +13 084,7 +13 084,7 +13 084,7 -23 084,7 -23 084,7 -23 084,7 -2,7 -2,7 -2,7 -2,7 -2,7 -2,7 -167 512,2 -167 512,2 -167 512,2 -167 511,3 -84 808,9 -84 808,9 -84 808,9 -82 702,4 -82 702,4 -82 702,4 -0,9 -0,9 -0,9 -5 398 541,5 +23 757,7 +29 736,4 +29 736,9 +29 736,9 +29 736,9 +29 736,9 -0,5 -0,5 -0,5 -0,5 -5 978,7 -5 978,7 -5 978,7 -5 978,7 -5 978,7 -5 424 485,2 +5 817 276,7 -48,0 -48,0 -48,0 -85,3 -85,3 -85,3 +5 817 410,0 +5 900 000,0 +5 900 000,0 +5 900 000,0 -82 590,0 -82 590,0 -37 008,2 -9 000,0 +19 800,0 -48 700,0 -1 774,5 -6 286,7 +379,4 -11 500 000,0 -11 500 000,0 -11 500 000,0 -11 500 000,0 -11 500 000,0 -13 189,8 -119,9 -119,9 -119,9 -674,9 -674,9 -674,9 -12 395,0 -12 345,0 -12 345,0 -12 345,0 -50,0 -50,0 -50,0 +271 427,9 +327 534,8 +327 534,8 +327 534,8 -1 197,8 +328 732,6 -56 106,9 -56 106,9 -56 106,9 +2 186,0 +678,3 +400,0 +400,0 +400,0 +400,0 +278,3 +278,3 +278,3 +278,3 -0,3 -0,3 -0,3 -0,3 -0,3 +1 508,0 +600,0 +600,0 +600,0 +600,0 +908,0 +908,0 +908,0 +908,0 -36 622,6 -36 622,6 -36 622,6 -36 622,6 -36 622,6 -36 622,6 +32 226,6 -76 309,7 +7 460,5 -9 703 466,0 -9 739 382,2 -9 738 934,6 -9 738 934,6 -9 738 934,6 +36 350,0 -240 000,0 -33 650,0 +310 000,0 -680,7 +129,8 -810,5 +172 050,1 +172 050,1 -1 481 503,8 -1 500 485,9 -325,6 +19 307,7 -8 465 150,2 -8 465 150,2 -447,6 -447,6 -447,6 -447,6 -447,6 +63 973,1 +78 657,7 +78 285,5 +78 285,5 +78 285,5 +78 285,5 +372,2 +372,2 +372,2 +372,2 -1,4 -1,4 -1,4 -1,4 -1,4 -14 683,2 -14 311,0 -14 311,0 -14 311,0 -14 311,0 -372,2 -372,2 -372,2 -372,2 -28 400,0 -28 400,0 -28 400,0 -28 400,0 -28 400,0 -28 400,0 +343,1 +343,1 +343,1 +343,1 +343,1 +343,1 +17 792 039,5 +17 792 039,5 -176 882,7 -157,8 -157,8 -157,8 -157,8 -177 028,8 -177 028,8 -177 028,8 +303,9 +303,9 +303,9 +17 968 922,2 +12 164 078,7 +12 164 078,7 +12 164 078,7 -9 250,0 +12 073 328,7 +100 000,0 -209 704,2 -209 704,2 -209 704,2 -209 704,2 +6 014 547,7 +6 014 547,7 +6 014 547,7 +18 776 304,4 +18 639 488,5 +18 639 870,7 +22 885 124,5 +22 885 124,5 +54 371,6 -44 723,9 +470 432,8 -224 000,0 -147 337,3 -1 852,0 -1 852,0 -167,7 -167,7 +22 832 772,6 +22 832 772,6 -278 371,6 -278 371,6 -278 371,6 -278 371,6 -3 966 882,2 -3 966 882,2 -3 966 882,2 -382,2 -382,2 -382,2 -382,2 -382,2 +136 815,9 +90 960,9 +63 645,0 +63 645,0 +63 645,0 +63 645,0 +27 315,9 +27 315,9 +27 315,9 +27 315,9 -1,0 -1,0 -1,0 -1,0 -1,0 +40 785,9 +68 101,8 +68 101,8 +68 101,8 +68 101,8 -27 315,9 -27 315,9 -27 315,9 -27 315,9 +1 058,1 +1 058,1 +1 058,1 +1 058,1 +1 058,1 +4 012,0 +4 012,0 +4 012,0 +4 012,0 +4 012,0 -13 321 985,8 -12 924 372,7 -12 908 639,9 -293,0 -293,0 -293,0 -9 886 989,1 -9 886 989,1 +291 511,1 +291 511,1 -41 942,3 -29 953,2 -11 989,1 -4 141 921,3 -4 141 921,3 -5 994 636,6 -5 994 636,6 -2 300 000,0 -2 300 000,0 -2 300 000,0 -721 357,8 -721 357,8 -721 357,8 -15 732,8 -15 732,8 -15 732,8 -15 732,8 -15 732,8 -397 613,1 +50 350,2 +33 452,2 +33 452,2 +33 452,2 +33 452,2 +16 898,0 +16 898,0 +16 898,0 +16 898,0 -448 250,6 -2 151,4 -2 151,4 -2 151,4 -2 151,4 -16 898,0 -16 898,0 -16 898,0 -16 898,0 -429 201,2 -429 201,2 -347 597,4 -347 597,4 -81 603,8 -81 603,8 +287,3 +287,3 +287,3 +287,3 +287,3 -5 534,2 -5 534,2 -502 779,4 -502 779,4 -501 779,4 +51 455,1 +51 455,1 -551 455,1 -551 455,1 -1 779,4 -1 779,4 -1 000,0 -1 000,0 -1 000,0 -1 967,1 -298,2 -298,2 -298,2 -1 205,9 -1 205,9 -1 205,9 -1 205,9 -463,0 -463,0 -463,0 -463,0 +499 212,3 +499 212,3 +499 290,3 +500 000,0 +500 000,0 -709,7 -709,7 -78,0 -78,0 -78,0 -4 728 744,2 -438 151,6 -228 012,9 -228 012,9 -228 012,9 -228 012,9 +63 641,9 -291 654,8 +1 583,6 +1 583,6 +1 583,6 +1 583,6 +1 583,6 -211 722,3 -8 660,6 -8 660,6 -8 660,6 -8 660,6 -2 479,4 -2 479,4 -2 479,4 -2 479,4 -200 582,3 -200 582,3 -40 024,1 -138 385,9 -22 172,3 -29 688,0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