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Всероссийской переписи населени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