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 мобилизационной подготовке и мобилизации в Российской Федерации" и статью 27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 пункте 31 статьи 20 Федерального закона от 26 февраля 1997 года № 31-ФЗ "О мобилизационной подготовке и мобилизации в Российской Федерации" (Собрание законодательства Российской Федерации, 1997, № 9, ст. 1014; 2004, № 35, ст. 3607; 2006, № 1, ст. 10; 2017, № 9, ст. 1279) слова "в муниципальном образовании, - глава соответствующего муниципального образования, указанного в пункте 3 настоящей статьи" заменить словами "в муниципальном образовании, указанном в пункте 3 настоящей статьи, - должностное лицо местного самоуправления, возглавляющее местную администрацию (исполнительно-распорядительный орган муниципального образования)".</w:t>
      </w:r>
    </w:p>
    <w:p>
      <w:r>
        <w:rPr>
          <w:b/>
        </w:rPr>
        <w:t>Статья 2</w:t>
      </w:r>
    </w:p>
    <w:p>
      <w:r>
        <w:t>В абзаце втором пункта 1 статьи 27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2002, № 30, ст. 3030; 2004, № 35, ст. 3607; 2006, № 1, ст. 22; 2007, № 16, ст. 1830; 2010, № 11, ст. 1176; 2013, № 27, ст. 3477; 2017, № 9, ст. 1279) слова "глава муниципального образования или его заместитель" заменить словами "должностное лицо местного самоуправления, возглавляющее местную администрацию (исполнительно-распорядительный орган муниципального образования), или его заместитель".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