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40 Федерального закона "Об обязательном медицинском страховании в Российской Федерации" и Федеральный закон "Об основах охраны здоровья граждан в Российской Федерации" по вопросам клинических рекомендаций</w:t>
      </w:r>
    </w:p>
    <w:p>
      <w:r>
        <w:rPr>
          <w:b/>
        </w:rPr>
        <w:t>Статья 1</w:t>
      </w:r>
    </w:p>
    <w:p>
      <w:r>
        <w:t>Часть 6 статьи 40 Федерального закона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49, ст. 6758; 2013, № 27, ст. 3477) дополнить предложением следующего содержания: "Экспертиза качества медицинской помощи проводится на основании критериев оценки качества медицинской помощи, утвержденных в соответствии с частью 2 статьи 64 Федерального закона от 21 ноября 2011 года № 323-ФЗ "Об основах охраны здоровья граждан в Российской Федерации".".</w:t>
      </w:r>
    </w:p>
    <w:p>
      <w:r>
        <w:rPr>
          <w:b/>
        </w:rPr>
        <w:t>Статья 2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2014, № 30, ст. 4257; № 49, ст. 6928; 2015, № 10, ст. 1403, 1425; № 29, ст. 4397; 2016, № 1, ст. 9, 28; № 27, ст. 4219; 2017, № 31, ст. 4791; № 50, ст. 7544, 7563; 2018, № 1, ст. 49; № 30, ст. 4543) следующие изменения: 1) статью 2 дополнить пунктом 23 следующего содержания: "23) клинические рекомендации - документы, содержащие основанную на научных доказательствах структурированную информацию по вопросам профилактики, диагностики, лечения и реабилитации, в том числе протоколы ведения (протоколы лечения) пациента, варианты медицинского вмешательства и описание последовательности действий медицинского работника с учетом течения заболевания, наличия осложнений и сопутствующих заболеваний, иных факторов, влияющих на результаты оказания медицинской помощи."; 2) пункт 4 статьи 10 после слов "порядков оказания медицинской помощи" дополнить словами ", клинических рекомендаций"; 3) в пункте 6 части 1 статьи 16 слова "и обеспечения ее доступности для граждан" заменить словами ", обеспечения ее качества и доступности"; 4) часть 5 статьи 32 признать утратившей силу; 5) в части 1 статьи 362 слова "на основе" заменить словами "с учетом"; 6) статью 37 изложить в следующей редакции: "Статья 37. Организация оказания медицинской помощи 1. Медицинская помощь, за исключением медицинской помощи, оказываемой в рамках клинической апробации, организуется и оказывается: 1) в соответствии с положением об организации оказания медицинской помощи по видам медицинской помощи, которое утверждается уполномоченным федеральным органом исполнительной власти; 2) в соответствии с порядками оказания медицинской помощи,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организациями; 3) на основе клинических рекомендаций; 4) с учетом стандартов медицинской помощи, утверждаемых уполномоченным федеральным органом исполнительной власти.</w:t>
      </w:r>
    </w:p>
    <w:p>
      <w:r>
        <w:rPr>
          <w:b/>
        </w:rPr>
        <w:t xml:space="preserve">2. </w:t>
      </w:r>
      <w:r>
        <w:t>Порядок оказания медицинской помощи разрабатывается по отдельным ее профилям, заболеваниям или состояниям (группам заболеваний или состояний) и включает в себя</w:t>
      </w:r>
    </w:p>
    <w:p>
      <w:r>
        <w:rPr>
          <w:b/>
        </w:rPr>
        <w:t xml:space="preserve">3. </w:t>
      </w:r>
      <w:r>
        <w:t>Клинические рекомендации разрабатываются медицинскими профессиональными некоммерческими организациями по отдельным заболеваниям или состояниям (группам заболеваний или состояний) с указанием медицинских услуг, предусмотренных номенклатурой медицинских услуг. Перечень заболеваний, состояний (групп заболеваний, состояний), по которым разрабатываются клинические рекомендации, формируется уполномоченным федеральным органом исполнительной власти на основании установленных им критериев</w:t>
      </w:r>
    </w:p>
    <w:p>
      <w:r>
        <w:rPr>
          <w:b/>
        </w:rPr>
        <w:t xml:space="preserve">4. </w:t>
      </w:r>
      <w:r>
        <w:t>Клинические рекомендации подлежат рассмотрению научно-практическим советом, созданным уполномоченным федеральным органом исполнительной власти. По результатам рассмотрения научно-практический совет принимает решение об одобрении, отклонении или направлении клинических рекомендаций на доработку,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</w:t>
      </w:r>
    </w:p>
    <w:p>
      <w:r>
        <w:rPr>
          <w:b/>
        </w:rPr>
        <w:t xml:space="preserve">5. </w:t>
      </w:r>
      <w:r>
        <w:t>В состав научно-практического совета входят представители подведомственных уполномоченному федеральному органу исполнительной власти научных организаций, образовательных организаций высшего образования, медицинских организаций. Положение о научно-практическом совете и его состав утверждаются уполномоченным федеральным органом исполнительной власти</w:t>
      </w:r>
    </w:p>
    <w:p>
      <w:r>
        <w:rPr>
          <w:b/>
        </w:rPr>
        <w:t xml:space="preserve">6. </w:t>
      </w:r>
      <w:r>
        <w:t>Клинические рекомендации, одобренные научно-практическим советом, утверждаются медицинскими профессиональными некоммерческими организациями</w:t>
      </w:r>
    </w:p>
    <w:p>
      <w:r>
        <w:rPr>
          <w:b/>
        </w:rPr>
        <w:t xml:space="preserve">7. </w:t>
      </w:r>
      <w:r>
        <w:t>По каждому заболеванию, состоянию (группе заболеваний, состояний) для взрослых и детей может быть одобрено и утверждено соответственно не более одной клинической рекомендации</w:t>
      </w:r>
    </w:p>
    <w:p>
      <w:r>
        <w:rPr>
          <w:b/>
        </w:rPr>
        <w:t xml:space="preserve">8. </w:t>
      </w:r>
      <w:r>
        <w:t>В случае поступления в научно-практический совет нескольких клинических рекомендаций по одному заболеванию, состоянию (группе заболеваний, состояний) от нескольких медицинских профессиональных некоммерческих организаций научно-практический совет либо принимает решение об одобрении одной из поступивших клинических рекомендаций, либо организует работу по совместной разработке медицинскими профессиональными некоммерческими организациями, направившими указанные клинические рекомендации, одной клинической рекомендации</w:t>
      </w:r>
    </w:p>
    <w:p>
      <w:r>
        <w:rPr>
          <w:b/>
        </w:rPr>
        <w:t xml:space="preserve">9. </w:t>
      </w:r>
      <w:r>
        <w:t>Порядок и сроки разработки клинических рекомендаций, их пересмотра, типовая форма клинических рекомендаций и требования к их структуре, требования к составу и научной обоснованности включаемой в клинические рекомендации информации, порядок и сроки одобрения и утверждения клинических рекомендаций, критерии принятия научно-практическим советом решения об одобрении,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</w:t>
      </w:r>
    </w:p>
    <w:p>
      <w:r>
        <w:rPr>
          <w:b/>
        </w:rPr>
        <w:t xml:space="preserve">10. </w:t>
      </w:r>
      <w:r>
        <w:t>Клинические рекомендации пересматриваются не реже одного раза в три года</w:t>
      </w:r>
    </w:p>
    <w:p>
      <w:r>
        <w:rPr>
          <w:b/>
        </w:rPr>
        <w:t xml:space="preserve">11. </w:t>
      </w:r>
      <w:r>
        <w:t>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научно-практический совет с привлечением иных медицинских профессиональных некоммерческих организаций, имеющих в своем составе медицинских работников по соответствующей специальности</w:t>
      </w:r>
    </w:p>
    <w:p>
      <w:r>
        <w:rPr>
          <w:b/>
        </w:rPr>
        <w:t xml:space="preserve">12. </w:t>
      </w:r>
      <w:r>
        <w:t>Медицинские профессиональные некоммерческие организации имеют право разрабатывать клинические рекомендации по заболеваниям, состояниям (группам заболеваний, состояний), не включенным в перечень заболеваний, состояний (групп заболеваний, состояний), предусмотренный частью 3 настоящей статьи. Такие клинические рекомендации подлежат одобрению и утверждению в порядке, установленном настоящей статьей</w:t>
      </w:r>
    </w:p>
    <w:p>
      <w:r>
        <w:rPr>
          <w:b/>
        </w:rPr>
        <w:t xml:space="preserve">13. </w:t>
      </w:r>
      <w:r>
        <w:t>Клинические рекомендации, одобренные научно-практическим советом и утвержденные медицинскими профессиональными некоммерческими организациями, размещаются на официальном сайте уполномоченного федерального органа исполнительной власти в сети "Интернет"</w:t>
      </w:r>
    </w:p>
    <w:p>
      <w:r>
        <w:rPr>
          <w:b/>
        </w:rPr>
        <w:t xml:space="preserve">14. </w:t>
      </w:r>
      <w:r>
        <w:t>Стандарт медицинской помощи разрабатывается на основе клинических рекомендаций, одобренных и утвержденных в соответствии с настоящей статьей, в порядке, установленном уполномоченным федеральным органом исполнительной власти, и включает в себя усредненные показатели частоты предоставления и кратности применения</w:t>
      </w:r>
    </w:p>
    <w:p>
      <w:r>
        <w:rPr>
          <w:b/>
        </w:rPr>
        <w:t xml:space="preserve">15. </w:t>
      </w:r>
      <w:r>
        <w:t>Назначение и применение лекарственных препаратов, медицинских изделий и специализированных продуктов лечебного питания, не входящих в соответствующий стандарт медицинской помощи или не предусмотренных соответствующей клинической рекомендацией, допускаются в случае наличия медицинских показаний (индивидуальной непереносимости, по жизненным показаниям) по решению врачебной комиссии</w:t>
      </w:r>
    </w:p>
    <w:p>
      <w:r>
        <w:rPr>
          <w:b/>
        </w:rPr>
        <w:t xml:space="preserve">16. </w:t>
      </w:r>
      <w:r>
        <w:t>В целях единообразного применения порядков оказания медицинской помощи,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разъяснения.";</w:t>
      </w:r>
    </w:p>
    <w:p>
      <w:r>
        <w:rPr>
          <w:b/>
        </w:rPr>
        <w:t xml:space="preserve">7. </w:t>
      </w:r>
      <w:r>
        <w:t>В случае возникновения конфликта интересов,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обстоятельств, способных привести к конфликту интересов, либо представления недостоверной информации о наличии таких обстоятельств члены медицинской профессиональной некоммерческой организации в порядке, установленном уполномоченным федеральным органом исполнительной власти, отстраняются от дальнейшего участия в деятельности по разработке и утверждению клинических рекомендаций, а решение в отношении предложения, принятого для включения в проект клинической рекомендации при их участии, подлежит пересмотру в порядке, установленном частями 4, 7, 9 и 11 статьи 37 настоящего Федерального закона</w:t>
      </w:r>
    </w:p>
    <w:p>
      <w:r>
        <w:rPr>
          <w:b/>
        </w:rPr>
        <w:t xml:space="preserve">8. </w:t>
      </w:r>
      <w:r>
        <w:t>В случае возникновения конфликта интересов,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обстоятельств, способных привести к конфликту интересов, либо представления недостоверной информации о наличии таких обстоятельств члены научно-практического совета в порядке, установленном уполномоченным федеральным органом исполнительной власти, отстраняются от дальнейшего участия в деятельности по рассмотрению, одобрению и пересмотру клинических рекомендаций.";</w:t>
      </w:r>
    </w:p>
    <w:p>
      <w:r>
        <w:rPr>
          <w:b/>
        </w:rPr>
        <w:t xml:space="preserve">2. </w:t>
      </w:r>
      <w:r>
        <w:t>этапы оказания медицинской помощи</w:t>
      </w:r>
    </w:p>
    <w:p>
      <w:r>
        <w:rPr>
          <w:b/>
        </w:rPr>
        <w:t xml:space="preserve">2. </w:t>
      </w:r>
      <w:r>
        <w:t>правила организации деятельности медицинской организации (ее структурного подразделения, врача)</w:t>
      </w:r>
    </w:p>
    <w:p>
      <w:r>
        <w:rPr>
          <w:b/>
        </w:rPr>
        <w:t xml:space="preserve">2. </w:t>
      </w:r>
      <w:r>
        <w:t>стандарт оснащения медицинской организации, ее структурных подразделений</w:t>
      </w:r>
    </w:p>
    <w:p>
      <w:r>
        <w:rPr>
          <w:b/>
        </w:rPr>
        <w:t xml:space="preserve">2. </w:t>
      </w:r>
      <w:r>
        <w:t>рекомендуемые штатные нормативы медицинской организации, ее структурных подразделений</w:t>
      </w:r>
    </w:p>
    <w:p>
      <w:r>
        <w:rPr>
          <w:b/>
        </w:rPr>
        <w:t xml:space="preserve">2. </w:t>
      </w:r>
      <w:r>
        <w:t>иные положения исходя из особенностей оказания медицинской помощи</w:t>
      </w:r>
    </w:p>
    <w:p>
      <w:r>
        <w:rPr>
          <w:b/>
        </w:rPr>
        <w:t xml:space="preserve">14. </w:t>
      </w:r>
      <w:r>
        <w:t>медицинских услуг, включенных в номенклатуру медицинских услуг</w:t>
      </w:r>
    </w:p>
    <w:p>
      <w:r>
        <w:rPr>
          <w:b/>
        </w:rPr>
        <w:t xml:space="preserve">14. </w:t>
      </w:r>
      <w:r>
        <w:t>зарегистрированных на территории Российской Федерации лекарственных препаратов (с указанием средних доз) в соответствии с инструкцией по применению лекарственного препарата и фармакотерапевтической группой по анатомо-терапевтическо-химической классификации, рекомендованной Всемирной организацией здравоохранения</w:t>
      </w:r>
    </w:p>
    <w:p>
      <w:r>
        <w:rPr>
          <w:b/>
        </w:rPr>
        <w:t xml:space="preserve">14. </w:t>
      </w:r>
      <w:r>
        <w:t>медицинских изделий, имплантируемых в организм человека</w:t>
      </w:r>
    </w:p>
    <w:p>
      <w:r>
        <w:rPr>
          <w:b/>
        </w:rPr>
        <w:t xml:space="preserve">14. </w:t>
      </w:r>
      <w:r>
        <w:t>компонентов крови</w:t>
      </w:r>
    </w:p>
    <w:p>
      <w:r>
        <w:rPr>
          <w:b/>
        </w:rPr>
        <w:t xml:space="preserve">14. </w:t>
      </w:r>
      <w:r>
        <w:t>видов лечебного питания, включая специализированные продукты лечебного питания</w:t>
      </w:r>
    </w:p>
    <w:p>
      <w:r>
        <w:rPr>
          <w:b/>
        </w:rPr>
        <w:t xml:space="preserve">14. </w:t>
      </w:r>
      <w:r>
        <w:t>иного исходя из особенностей заболевания (состояния)</w:t>
      </w:r>
    </w:p>
    <w:p>
      <w:r>
        <w:rPr>
          <w:b/>
        </w:rPr>
        <w:t xml:space="preserve">16. </w:t>
      </w:r>
      <w:r>
        <w:t>в статье 64:</w:t>
      </w:r>
    </w:p>
    <w:p>
      <w:r>
        <w:rPr>
          <w:b/>
        </w:rPr>
        <w:t xml:space="preserve">16. </w:t>
      </w:r>
      <w:r>
        <w:t>в статье 75:</w:t>
      </w:r>
    </w:p>
    <w:p>
      <w:r>
        <w:rPr>
          <w:b/>
        </w:rPr>
        <w:t xml:space="preserve">16. </w:t>
      </w:r>
      <w:r>
        <w:t>в части 2 слова ", стандартов медицинской помощи и клинических рекомендаций (протоколов лечения) по вопросам оказания медицинской помощи, разрабатываемых и утверждаемых в соответствии с частью 2 статьи 76 настоящего Федерального закона," заменить словами "и клинических рекомендаций"</w:t>
      </w:r>
    </w:p>
    <w:p>
      <w:r>
        <w:rPr>
          <w:b/>
        </w:rPr>
        <w:t xml:space="preserve">16. </w:t>
      </w:r>
      <w:r>
        <w:t>часть 3 после слова "проводится" дополнить словами "на основании критериев оценки качества медицинской помощи, утвержденных в соответствии с частью 2 настоящей статьи,"</w:t>
      </w:r>
    </w:p>
    <w:p>
      <w:r>
        <w:rPr>
          <w:b/>
        </w:rPr>
        <w:t xml:space="preserve">16. </w:t>
      </w:r>
      <w:r>
        <w:t>часть 4 дополнить словами "на основании критериев оценки качества медицинской помощи, утвержденных в соответствии с частью 2 настоящей статьи"</w:t>
      </w:r>
    </w:p>
    <w:p>
      <w:r>
        <w:rPr>
          <w:b/>
        </w:rPr>
        <w:t xml:space="preserve">16. </w:t>
      </w:r>
      <w:r>
        <w:t>наименование дополнить словами ", а также при разработке и рассмотрении клинических рекомендаций"</w:t>
      </w:r>
    </w:p>
    <w:p>
      <w:r>
        <w:rPr>
          <w:b/>
        </w:rPr>
        <w:t xml:space="preserve">16. </w:t>
      </w:r>
      <w:r>
        <w:t>часть 1 изложить в следующей редакции: "1. Конфликт интересов - ситуация,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организации, участвующего в разработке клинических рекомендаций, или члена научно-практического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преимущества, которое влияет или может повлиять на надлежащее исполнение ими профессиональных обязанностей, а также иных обязанностей, в том числе связанных с разработкой и рассмотрением клинических рекомендаций, вследствие противоречия между личной заинтересованностью указанных лиц и интересами пациентов."</w:t>
      </w:r>
    </w:p>
    <w:p>
      <w:r>
        <w:rPr>
          <w:b/>
        </w:rPr>
        <w:t xml:space="preserve">16. </w:t>
      </w:r>
      <w:r>
        <w:t>дополнить частями 6 - 8 следующего содержания: "6. Член медицинской профессиональной некоммерческой организации, участвующий в разработке клинических рекомендаций, член научно-практического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обстоятельств, способных привести к конфликту интересов</w:t>
      </w:r>
    </w:p>
    <w:p>
      <w:r>
        <w:rPr>
          <w:b/>
        </w:rPr>
        <w:t xml:space="preserve">8. </w:t>
      </w:r>
      <w:r>
        <w:t>в части 2 статьи 76 слова "(протоколы лечения) по вопросам оказания медицинской помощи" заменить словами "в соответствии со статьей 37 настоящего Федерального закона"</w:t>
      </w:r>
    </w:p>
    <w:p>
      <w:r>
        <w:rPr>
          <w:b/>
        </w:rPr>
        <w:t xml:space="preserve">8. </w:t>
      </w:r>
      <w:r>
        <w:t>в части 1 статьи 79:</w:t>
      </w:r>
    </w:p>
    <w:p>
      <w:r>
        <w:rPr>
          <w:b/>
        </w:rPr>
        <w:t xml:space="preserve">8. </w:t>
      </w:r>
      <w:r>
        <w:t>в статье 80:</w:t>
      </w:r>
    </w:p>
    <w:p>
      <w:r>
        <w:rPr>
          <w:b/>
        </w:rPr>
        <w:t xml:space="preserve">8. </w:t>
      </w:r>
      <w:r>
        <w:t>(Исключен - Федеральный закон от 11.06.2021 № 170-ФЗ) 13) в статье 90 слова "в порядке, установленном руководителями указанных органов, организаций" заменить словами "в соответствии с требованиями к его организации и проведению, утвержденными уполномоченным федеральным органом исполнительной власти"</w:t>
      </w:r>
    </w:p>
    <w:p>
      <w:r>
        <w:rPr>
          <w:b/>
        </w:rPr>
        <w:t xml:space="preserve">8. </w:t>
      </w:r>
      <w:r>
        <w:t>пункт 22 статьи 94 изложить в следующей редакции: "22) примененные клинические рекомендации;"</w:t>
      </w:r>
    </w:p>
    <w:p>
      <w:r>
        <w:rPr>
          <w:b/>
        </w:rPr>
        <w:t xml:space="preserve">8. </w:t>
      </w:r>
      <w:r>
        <w:t>в пункте 2 слова "на основе" заменить словами "с учетом"</w:t>
      </w:r>
    </w:p>
    <w:p>
      <w:r>
        <w:rPr>
          <w:b/>
        </w:rPr>
        <w:t xml:space="preserve">8. </w:t>
      </w:r>
      <w:r>
        <w:t>дополнить пунктом 21 следующего содержания: "21) обеспечивать оказание медицинскими работниками медицинской помощи на основе клинических рекомендаций, а также создавать условия, обеспечивающие соответствие оказываемой медицинской помощи критериям оценки качества медицинской помощи;"</w:t>
      </w:r>
    </w:p>
    <w:p>
      <w:r>
        <w:rPr>
          <w:b/>
        </w:rPr>
        <w:t xml:space="preserve">8. </w:t>
      </w:r>
      <w:r>
        <w:t>в части 3: в пункте 1 после слов "медицинских изделий," дополнить словами "включенных в перечень медицинских изделий, имплантируемых в организм человека,", слова "в соответствии со стандартами" заменить словами "на основе клинических рекомендаций и с учетом стандартов"; пункт 2 изложить в следующей редакции: "2) 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препаратов, медицинских изделий, не входящих в перечень медицинских изделий, имплантируемых в организм человека, - в случаях их замены из-за индивидуальной непереносимости, по жизненным показаниям по решению врачебной комиссии;"; в пункте 5 слова "и стандартов" заменить словами ", клинических рекомендаций и с учетом стандартов"</w:t>
      </w:r>
    </w:p>
    <w:p>
      <w:r>
        <w:rPr>
          <w:b/>
        </w:rPr>
        <w:t xml:space="preserve">8. </w:t>
      </w:r>
      <w:r>
        <w:t>в части 7 слова "и на основе стандартов медицинской помощи" заменить словами ", стандартов медицинской помощи, клинических рекомендаций"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2019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Статья 1, пункт 2, абзац шестой пункта 6, пункт 7, подпункт "б" пункта 10, абзацы второй и пятый подпункта "а" и подпункт "б" пункта 11, пункты 12 и 14 статьи 2 настоящего Федерального закона вступают в силу с 1 января 2022 года</w:t>
      </w:r>
    </w:p>
    <w:p>
      <w:r>
        <w:rPr>
          <w:b/>
        </w:rPr>
        <w:t xml:space="preserve">3. </w:t>
      </w:r>
      <w:r>
        <w:t>Медицинские профессиональные некоммерческие организации разрабатывают и утверждают клинические рекомендации по перечню заболеваний, состояний (групп заболеваний, состояний), указанному в части 3 статьи 37 Федерального закона от 21 ноября 2011 года № 323-ФЗ "Об основах охраны здоровья граждан в Российской Федерации" (в редакции настоящего Федерального закона) до 31 декабря 2021 года</w:t>
      </w:r>
    </w:p>
    <w:p>
      <w:r>
        <w:rPr>
          <w:b/>
        </w:rPr>
        <w:t xml:space="preserve">4. </w:t>
      </w:r>
      <w:r>
        <w:t>Клинические рекомендации (протоколы лечения) по вопросам оказания медицинской помощи, утвержденные медицинскими профессиональными некоммерческими организациями до дня вступления в силу настоящего Федерального закона, применяются до их пересмотра и утверждения в соответствии с частями 3, 4, 6 - 9 и 11 статьи 37 Федерального закона от 21 ноября 2011 года № 323-ФЗ "Об основах охраны здоровья граждан в Российской Федерации" (в редакции настоящего Федерального закона), но не позднее 31 декабря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