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"Об исполнительном производстве"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