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2000, № 2, ст. 140; 2002, № 26, ст. 2523; 2004, № 35, ст. 3607; 2005, № 29, ст. 2906; 2007, № 24, ст. 2830; 2011, № 1, ст. 16; № 46, ст. 6407; 2012, № 53, ст. 7609; 2013, № 27, ст. 3477; № 48, ст. 6165; 2014, № 23, ст. 2930; № 30, ст. 4234; 2017, № 31, ст. 4795; № 52, ст. 7929; 2018, № 1, ст. 76; № 45, ст. 6829) следующие изменения</w:t>
      </w:r>
    </w:p>
    <w:p>
      <w:r>
        <w:t>абзац первый пункта 2 статьи 44 после слов "уголовно-исполнительной системы," дополнить словами "войсках национальной гвардии Российской Федерации,"</w:t>
      </w:r>
    </w:p>
    <w:p>
      <w:r>
        <w:t>в статье 49: а) пункт 1 после слов "уголовно-исполнительной системы," дополнить словами "войсках национальной гвардии Российской Федерации,"; б) абзац первый пункта 2 после слов "уголовно-исполнительной системы," дополнить словами "войсках национальной гвардии Российской Федерации,"</w:t>
      </w:r>
    </w:p>
    <w:p>
      <w:r>
        <w:rPr>
          <w:b/>
        </w:rPr>
        <w:t>Статья 2</w:t>
      </w:r>
    </w:p>
    <w:p>
      <w:r>
        <w:t>Внести в статью 121 Федерального закона от 17 июля 1999 года № 178-ФЗ "О государственной социальной помощи" (Собрание законодательства Российской Федерации, 1999, № 29, ст. 3699; 2009, № 30, ст. 3739; № 52, ст. 6417; 2014, № 11, ст. 1098; № 30, ст. 4217; 2016, № 52, ст. 7502, 7503; 2017, № 27, ст. 3951; 2018, № 1, ст. 4) следующие изменения</w:t>
      </w:r>
    </w:p>
    <w:p>
      <w:r>
        <w:t>в части 8 слова "Федеральной службе войск" заменить словом "войсках"</w:t>
      </w:r>
    </w:p>
    <w:p>
      <w:r>
        <w:t>в части 13 слова "Федеральной службе войск" заменить словом "войсках"</w:t>
      </w:r>
    </w:p>
    <w:p>
      <w:r>
        <w:t>в части 14 слова "Федеральной службе войск" заменить словом "войсках"</w:t>
      </w:r>
    </w:p>
    <w:p>
      <w:r>
        <w:rPr>
          <w:b/>
        </w:rPr>
        <w:t>Статья 3</w:t>
      </w:r>
    </w:p>
    <w:p>
      <w:r>
        <w:t>Внести в Федеральный закон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2002, № 30, ст. 3033; 2003, № 27, ст. 2700; 2004, № 19, ст. 1835; № 35, ст. 3607; 2006, № 48, ст. 4946; № 52, ст. 5505; 2007, № 16, ст. 1823; 2008, № 30, ст. 3612; 2009, № 29, ст. 3624; № 30, ст. 3739; № 52, ст. 6417; 2010, № 26, ст. 3247; 2011, № 1, ст. 16; № 14, ст. 1806; 2013, № 14, ст. 1659; № 27, ст. 3477; 2014, № 30, ст. 4217; 2016, № 22, ст. 3091; № 27, ст. 4160; 2017, № 27, ст. 3945; № 30, ст. 4442; 2018, № 41, ст. 6190; № 47, ст. 7130) следующие изменения</w:t>
      </w:r>
    </w:p>
    <w:p>
      <w:r>
        <w:t>в абзаце седьмом статьи 2 слова "Федеральной службе войск" заменить словом "войсках"</w:t>
      </w:r>
    </w:p>
    <w:p>
      <w:r>
        <w:t>в статье 3: а) в пункте 3: подпункт 3 после слов "уголовно-исполнительной системы," дополнить словами "войсках национальной гвардии Российской Федерации,"; подпункт 4 после слов "уголовно-исполнительной системы," дополнить словами "войсках национальной гвардии Российской Федерации,"; б) пункт 6 после слов "уголовно-исполнительной системы," дополнить словами "войсках национальной гвардии Российской Федерации,"</w:t>
      </w:r>
    </w:p>
    <w:p>
      <w:r>
        <w:t>пункт 1 статьи 8 после слов "уголовно-исполнительной системы," дополнить словами "войсках национальной гвардии Российской Федерации,"</w:t>
      </w:r>
    </w:p>
    <w:p>
      <w:r>
        <w:t>пункт 1 статьи 15 после слов "Государственной противопожарной службе," дополнить словами "органах по контролю за оборотом наркотических средств и психотропных веществ,", после слов "учреждениях и органах уголовно-исполнительной системы," дополнить словами "войсках национальной гвардии Российской Федерации,"</w:t>
      </w:r>
    </w:p>
    <w:p>
      <w:r>
        <w:t>в статье 171: а) подпункт 2 пункта 2 после слов "уголовно-исполнительной системы," дополнить словами "войсках национальной гвардии Российской Федерации,"; б) пункт 6 после слов "уголовно-исполнительной системы," дополнить словами "войсках национальной гвардии Российской Федерации,"</w:t>
      </w:r>
    </w:p>
    <w:p>
      <w:r>
        <w:t>абзац третий статьи 25 после слов "Государственной противопожарной службе," дополнить словами "органах по контролю за оборотом наркотических средств и психотропных веществ,", после слов "уголовно-исполнительной системы," дополнить словами "войсках национальной гвардии Российской Федерации,"</w:t>
      </w:r>
    </w:p>
    <w:p>
      <w:r>
        <w:rPr>
          <w:b/>
        </w:rPr>
        <w:t>Статья 4</w:t>
      </w:r>
    </w:p>
    <w:p>
      <w:r>
        <w:t>Часть 11 статьи 16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30, ст. 3739) после слов "уголовно-исполнительной системы," дополнить словами "войсках национальной гвардии Российской Федерации,".</w:t>
      </w:r>
    </w:p>
    <w:p>
      <w:r>
        <w:rPr>
          <w:b/>
        </w:rPr>
        <w:t>Статья 5</w:t>
      </w:r>
    </w:p>
    <w:p>
      <w:r>
        <w:t>Часть 1 статьи 12 Федерального закона от 30 апреля 2008 года № 56-ФЗ "О дополнительных страховых взносах на накопительную пенсию и государственной поддержке формирования пенсионных накоплений" (Собрание законодательства Российской Федерации, 2008, № 18, ст. 1943; 2014, № 30, ст. 4217; № 45, ст. 6155) после слов "уголовно-исполнительной системы," дополнить словами "войсках национальной гвардии Российской Федерации,".</w:t>
      </w:r>
    </w:p>
    <w:p>
      <w:r>
        <w:rPr>
          <w:b/>
        </w:rPr>
        <w:t>Статья 6</w:t>
      </w:r>
    </w:p>
    <w:p>
      <w:r>
        <w:t>Внести в Федеральный закон от 28 декабря 2010 года № 403-ФЗ "О Следственном комитете Российской Федерации" (Собрание законодательства Российской Федерации, 2011, № 1, ст. 15; № 30, ст. 4595; № 46, ст. 6407; 2013, № 7, ст. 607; № 27, ст. 3477; № 48, ст. 6165; 2014, № 23, ст. 2930; 2016, № 1, ст. 55; 2017, № 31, ст. 4795; № 52, ст. 7929; 2018, № 1, ст. 76; № 45, ст. 6829) следующие изменения</w:t>
      </w:r>
    </w:p>
    <w:p>
      <w:r>
        <w:t>часть 13 статьи 35 после слов "уголовно-исполнительной системы," дополнить словами "войсках национальной гвардии Российской Федерации,"</w:t>
      </w:r>
    </w:p>
    <w:p>
      <w:r>
        <w:t>в статье 40: а) часть 1 после слов "уголовно-исполнительной системы," дополнить словами "войсках национальной гвардии Российской Федерации,"; б) часть 3 после слов "уголовно-исполнительной системы," дополнить словами "войсках национальной гвардии Российской Федерации,"</w:t>
      </w:r>
    </w:p>
    <w:p>
      <w:r>
        <w:rPr>
          <w:b/>
        </w:rPr>
        <w:t>Статья 7</w:t>
      </w:r>
    </w:p>
    <w:p>
      <w:r>
        <w:t>Внести в Федеральный закон от 28 декабря 2013 года № 400-ФЗ "О страховых пенсиях" (Собрание законодательства Российской Федерации, 2013, № 52, ст. 6965; 2015, № 27, ст. 3964; 2016, № 27, ст. 4183; № 52, ст. 7486; 2018, № 1, ст. 4; № 27, ст. 3947; № 41, ст. 6190) следующие изменения</w:t>
      </w:r>
    </w:p>
    <w:p>
      <w:r>
        <w:t>часть 5 статьи 2 после слов "уголовно-исполнительной системы," дополнить словами "войсках национальной гвардии Российской Федерации,"</w:t>
      </w:r>
    </w:p>
    <w:p>
      <w:r>
        <w:t>пункт 1 части 1 статьи 12 после слов "уголовно-исполнительной системы," дополнить словами "войсках национальной гвардии Российской Федерации,"</w:t>
      </w:r>
    </w:p>
    <w:p>
      <w:r>
        <w:t>часть 4 статьи 13 после слов "уголовно-исполнительной системы," дополнить словами "войсках национальной гвардии Российской Федерации,"</w:t>
      </w:r>
    </w:p>
    <w:p>
      <w:r>
        <w:t>часть 1 статьи 16 после слов "уголовно-исполнительной системы," дополнить словами "войсках национальной гвардии Российской Федерации,"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