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Об ответственном обращении с животными и о внесении изменений в отдельные законодательные акты Российской Федерации</w:t>
      </w:r>
    </w:p>
    <w:p>
      <w:pPr>
        <w:pStyle w:val="Heading3"/>
      </w:pPr>
      <w:r>
        <w:t>Общие положения</w:t>
      </w:r>
    </w:p>
    <w:p>
      <w:r>
        <w:rPr>
          <w:b/>
        </w:rPr>
        <w:t>Статья 1. Предмет, цели правового регулирования и сфера применения настоящего Федерального закона</w:t>
      </w:r>
    </w:p>
    <w:p>
      <w:r>
        <w:rPr>
          <w:b/>
        </w:rPr>
        <w:t xml:space="preserve">1. </w:t>
      </w:r>
      <w:r>
        <w:t>Настоящий Федеральный закон регулирует отношения в области обращения с животными в целях защиты животных, а также укрепления нравственности, соблюдения принципов гуманности, обеспечения безопасности и иных прав и законных интересов граждан при обращении с животными</w:t>
      </w:r>
    </w:p>
    <w:p>
      <w:r>
        <w:rPr>
          <w:b/>
        </w:rPr>
        <w:t xml:space="preserve">2. </w:t>
      </w:r>
      <w:r>
        <w:t>Положения настоящего Федерального закона не применяются к отношениям в области охраны и использования животного мира, отношениям в области рыболовства и сохранения водных биологических ресурсов, отношениям в области аквакультуры (рыбоводства), отношениям в области охоты и сохранения охотничьих ресурсов, отношениям в области содержания и использования сельскохозяйственных животных и отношениям в области содержания и использования лабораторных животных</w:t>
      </w:r>
    </w:p>
    <w:p>
      <w:r>
        <w:rPr>
          <w:b/>
        </w:rPr>
        <w:t xml:space="preserve">3. </w:t>
      </w:r>
      <w:r>
        <w:t>Благотворительная деятельность, добровольческая (волонтерская) деятельность в области обращения с животными осуществляются в соответствии с законодательством о благотворительной и добровольческой (волонтерской) деятельности. (В редакции Федерального закона от 27.11.2023 № 558-ФЗ)</w:t>
      </w:r>
    </w:p>
    <w:p>
      <w:r>
        <w:rPr>
          <w:b/>
        </w:rPr>
        <w:t xml:space="preserve">4. </w:t>
      </w:r>
      <w:r>
        <w:t>Отношения, возникающие при перевозке животных, регулируются законодательством в области транспорта, ветеринарным законодательством Российской Федерации и международными договорами с участием Российской Федерации</w:t>
      </w:r>
    </w:p>
    <w:p>
      <w:r>
        <w:rPr>
          <w:b/>
        </w:rPr>
        <w:t>Статья 2. Правовое регулирование отношений в области обращения с животными</w:t>
      </w:r>
    </w:p>
    <w:p>
      <w:r>
        <w:t>Отношения в области обращения с животными регулируются настоящим Федеральным законом, другими федеральными законами и иными нормативными правовыми актами Российской Федерации, а также принимаемыми в соответствии с ними законами и иными нормативными правовыми актами субъектов Российской Федерации, нормативными правовыми актами органов местного самоуправления.</w:t>
      </w:r>
    </w:p>
    <w:p>
      <w:r>
        <w:rPr>
          <w:b/>
        </w:rPr>
        <w:t>Статья 3. Основные понятия, используемые в настоящем Федеральном законе</w:t>
      </w:r>
    </w:p>
    <w:p>
      <w:r>
        <w:t>В целях настоящего Федерального закона используются следующие основные понятия</w:t>
      </w:r>
    </w:p>
    <w:p>
      <w:r>
        <w:t>владелец животного (далее также - владелец) - физическое лицо или юридическое лицо, которым животное принадлежит на праве собственности или ином законном основании</w:t>
      </w:r>
    </w:p>
    <w:p>
      <w:r>
        <w:t>деятельность по обращению с животными без владельцев - деятельность, включающая в себя осуществление мероприятий по отлову животных без владельцев, в том числе их транспортировку, и (или) иных мероприятий, предусмотренных законодательством в области обращения с животными; (В редакции Федерального закона от 24.07.2023 № 377-ФЗ) 3) дикие животные, содержащиеся или используемые в условиях неволи (далее также - дикие животные в неволе), - дикие животные, изъятые из среды их обитания (в том числе ввезенные на территорию Российской Федерации из других государств), потомство таких животных (в том числе их гибриды)</w:t>
      </w:r>
    </w:p>
    <w:p>
      <w:r>
        <w:t>домашние животные - животные (за исключением животных, включенных в перечень животных, запрещенных к содержанию), которые находятся на содержании владельца - физического лица, под его временным или постоянным надзором и местом содержания которых не являются зоопарки, зоосады, цирки, зоотеатры, дельфинарии, океанариумы</w:t>
      </w:r>
    </w:p>
    <w:p>
      <w:r>
        <w:t>жестокое обращение с животным - обращение с животным, которое привело или может привести к гибели, увечью или иному повреждению здоровья животного (включая истязание животного, в том числе голодом, жаждой, побоями, иными действиями), нарушение требований к содержанию животных, установленных настоящим Федеральным законом, другими федеральными законами и иными нормативными правовыми актами Российской Федерации (в том числе отказ владельца от содержания животного), причинившее вред здоровью животного, либо неоказание при наличии возможности владельцем помощи животному, находящемуся в опасном для жизни или здоровья состоянии</w:t>
      </w:r>
    </w:p>
    <w:p>
      <w:r>
        <w:t>животное без владельца - животное, которое не имеет владельца или владелец которого неизвестен</w:t>
      </w:r>
    </w:p>
    <w:p>
      <w:r>
        <w:t>использование животных в культурно-зрелищных целях - использование животных при осуществлении деятельности в области культуры, отдыха и развлечений (в том числе в зоопарках, зоосадах, цирках, зоотеатрах, дельфинариях, океанариумах), на выставках животных, в спортивных соревнованиях, в процессе производства рекламы, при создании произведений кинематографии, для производства фото- и видеопродукции, на телевидении, в просветительской деятельности, в целях демонстрации (в том числе в местах розничной торговли, местах оказания услуг общественного питания)</w:t>
      </w:r>
    </w:p>
    <w:p>
      <w:r>
        <w:t>место содержания животного - используемые владельцем животного здание, строение, сооружение, помещение или территория, где животное содержится большую часть времени в течение суток</w:t>
      </w:r>
    </w:p>
    <w:p>
      <w:r>
        <w:t>обращение с животными - содержание, использование (применение) животных, осуществление деятельности по обращению с животными без владельцев и осуществление иной деятельности, предусмотренной настоящим Федеральным законом, а также совершение других действий в отношении животных, которые оказывают влияние на их жизнь и здоровье</w:t>
      </w:r>
    </w:p>
    <w:p>
      <w:r>
        <w:t>потенциально опасные собаки - собаки определенных пород, их гибриды и иные собаки, представляющие потенциальную опасность для жизни и здоровья человека и включенные в перечень потенциально опасных собак, утвержденный Правительством Российской Федерации</w:t>
      </w:r>
    </w:p>
    <w:p>
      <w:r>
        <w:t>служебные животные - животные, специально подготовленные и используемые (применяемые) в целях обеспечения обороны страны и безопасности государства, охраны общественного порядка и обеспечения общественной безопасности, охраны военных, важных государственных и специальных объектов, объектов, обеспечивающих жизнедеятельность населения, функционирование транспорта, коммуникаций и связи, объектов энергетики и иных объектов, а также в иных целях, установленных законодательством Российской Федерации</w:t>
      </w:r>
    </w:p>
    <w:p>
      <w:r>
        <w:t>условия неволи - искусственно созданные условия жизни животных, которые исключают возможность их свободного передвижения вне специально оборудованных мест и при которых полное жизнеобеспечение животных зависит от человека</w:t>
      </w:r>
    </w:p>
    <w:p>
      <w:r>
        <w:t>собака-проводник - собака с комплектом снаряжения, которая сопровождает инвалида по зрению и на которую выдан документ, подтверждающий ее специальное обучение (паспорт установленного образца на собаку-проводника). (Дополнение пунктом - Федеральный закон от 07.10.2022 № 396-ФЗ)</w:t>
      </w:r>
    </w:p>
    <w:p>
      <w:r>
        <w:rPr>
          <w:b/>
        </w:rPr>
        <w:t>Статья 4. Основные принципы обращения с животными</w:t>
      </w:r>
    </w:p>
    <w:p>
      <w:r>
        <w:t>Обращение с животными основывается на следующих нравственных принципах и принципах гуманности</w:t>
      </w:r>
    </w:p>
    <w:p>
      <w:r>
        <w:t>отношение к животным как к существам, способным испытывать эмоции и физические страдания</w:t>
      </w:r>
    </w:p>
    <w:p>
      <w:r>
        <w:t>ответственность человека за судьбу животного</w:t>
      </w:r>
    </w:p>
    <w:p>
      <w:r>
        <w:t>воспитание у населения нравственного и гуманного отношения к животным</w:t>
      </w:r>
    </w:p>
    <w:p>
      <w:r>
        <w:t>научно обоснованное сочетание нравственных, экономических и социальных интересов человека, общества и государства</w:t>
      </w:r>
    </w:p>
    <w:p>
      <w:pPr>
        <w:pStyle w:val="Heading3"/>
      </w:pPr>
      <w:r>
        <w:t>Полномочия федеральных органов государственной власти, органов государственной власти субъектов Российской Федерации, органов местного самоуправления в области обращения с животными</w:t>
      </w:r>
    </w:p>
    <w:p>
      <w:r>
        <w:rPr>
          <w:b/>
        </w:rPr>
        <w:t>Статья 5. Полномочия федеральных органов государственной власти в области обращения с животными</w:t>
      </w:r>
    </w:p>
    <w:p>
      <w:r>
        <w:rPr>
          <w:b/>
        </w:rPr>
        <w:t xml:space="preserve">1. </w:t>
      </w:r>
      <w:r>
        <w:t>К полномочиям Правительства Российской Федерации в области обращения с животными относятся</w:t>
      </w:r>
    </w:p>
    <w:p>
      <w:r>
        <w:rPr>
          <w:b/>
        </w:rPr>
        <w:t xml:space="preserve">2. </w:t>
      </w:r>
      <w:r>
        <w:t>Уполномоченные федеральные органы исполнительной власти</w:t>
      </w:r>
    </w:p>
    <w:p>
      <w:r>
        <w:rPr>
          <w:b/>
        </w:rPr>
        <w:t xml:space="preserve">1. </w:t>
      </w:r>
      <w:r>
        <w:t>утверждение перечня животных, запрещенных к содержанию</w:t>
      </w:r>
    </w:p>
    <w:p>
      <w:r>
        <w:rPr>
          <w:b/>
        </w:rPr>
        <w:t xml:space="preserve">1. </w:t>
      </w:r>
      <w:r>
        <w:t>установление в соответствии с пунктом 1 части 1 статьи 10 настоящего Федерального закона перечня случаев, при которых допускаются содержание и использование животных, включенных в перечень животных, запрещенных к содержанию</w:t>
      </w:r>
    </w:p>
    <w:p>
      <w:r>
        <w:rPr>
          <w:b/>
        </w:rPr>
        <w:t xml:space="preserve">1. </w:t>
      </w:r>
      <w:r>
        <w:t>установление перечня случаев, при которых допускается использование домашних животных в предпринимательской деятельности</w:t>
      </w:r>
    </w:p>
    <w:p>
      <w:r>
        <w:rPr>
          <w:b/>
        </w:rPr>
        <w:t xml:space="preserve">1. </w:t>
      </w:r>
      <w:r>
        <w:t>утверждение перечня потенциально опасных собак</w:t>
      </w:r>
    </w:p>
    <w:p>
      <w:r>
        <w:rPr>
          <w:b/>
        </w:rPr>
        <w:t xml:space="preserve">1. </w:t>
      </w:r>
      <w:r>
        <w:t>установление требований к использованию животных в культурно-зрелищных целях и их содержанию</w:t>
      </w:r>
    </w:p>
    <w:p>
      <w:r>
        <w:rPr>
          <w:b/>
        </w:rPr>
        <w:t xml:space="preserve">1. </w:t>
      </w:r>
      <w:r>
        <w:t>установление в соответствии с частью 3 статьи 15 настоящего Федерального закона перечня случаев, при которых допускается использование животных в культурно-зрелищных целях вне мест их содержания или за пределами специально предназначенных для этого зданий, сооружений, а также на необособленных территориях</w:t>
      </w:r>
    </w:p>
    <w:p>
      <w:r>
        <w:rPr>
          <w:b/>
        </w:rPr>
        <w:t xml:space="preserve">1. </w:t>
      </w:r>
      <w:r>
        <w:t>утверждение методических указаний по организации деятельности приютов для животных и установлению норм содержания животных в них</w:t>
      </w:r>
    </w:p>
    <w:p>
      <w:r>
        <w:rPr>
          <w:b/>
        </w:rPr>
        <w:t xml:space="preserve">1. </w:t>
      </w:r>
      <w:r>
        <w:t>утверждение методических указаний по осуществлению деятельности по обращению с животными без владельцев</w:t>
      </w:r>
    </w:p>
    <w:p>
      <w:r>
        <w:rPr>
          <w:b/>
        </w:rPr>
        <w:t xml:space="preserve">1. </w:t>
      </w:r>
      <w:r>
        <w:t>утверждение методических указаний по предотвращению причинения животными без владельцев вреда жизни или здоровью граждан; (Дополнение пунктом - Федеральный закон от 14.07.2022 № 269-ФЗ) 9) утверждение положения о федеральном государственном (контроле) надзоре в области обращения с животными; (В редакции Федерального закона от 11.06.2021 № 170-ФЗ) 10) установление порядка обращения с конфискованными дикими животными в неволе, возврат которых в среду их обитания невозможен</w:t>
      </w:r>
    </w:p>
    <w:p>
      <w:r>
        <w:rPr>
          <w:b/>
        </w:rPr>
        <w:t xml:space="preserve">1. </w:t>
      </w:r>
      <w:r>
        <w:t>установление требований к содержанию животных в местах, используемых для торговли животными; (Дополнение пунктом - Федеральный закон от 07.10.2022 № 392-ФЗ) 11) иные предусмотренные законодательством полномочия в области обращения с животными</w:t>
      </w:r>
    </w:p>
    <w:p>
      <w:r>
        <w:rPr>
          <w:b/>
        </w:rPr>
        <w:t xml:space="preserve">2. </w:t>
      </w:r>
      <w:r>
        <w:t>устанавливают порядки обращения со служебными животными</w:t>
      </w:r>
    </w:p>
    <w:p>
      <w:r>
        <w:rPr>
          <w:b/>
        </w:rPr>
        <w:t xml:space="preserve">2. </w:t>
      </w:r>
      <w:r>
        <w:t>осуществляют лицензирование деятельности по содержанию и использованию животных в зоопарках, зоосадах, цирках, зоотеатрах, дельфинариях, океанариумах</w:t>
      </w:r>
    </w:p>
    <w:p>
      <w:r>
        <w:rPr>
          <w:b/>
        </w:rPr>
        <w:t xml:space="preserve">2. </w:t>
      </w:r>
      <w:r>
        <w:t>устанавливают порядок организации деятельности общественных инспекторов в области обращения с животными, в том числе форму удостоверения, порядок его выдачи, порядок взаимодействия таких инспекторов с органами государственного надзора в области обращения с животными</w:t>
      </w:r>
    </w:p>
    <w:p>
      <w:r>
        <w:rPr>
          <w:b/>
        </w:rPr>
        <w:t xml:space="preserve">2. </w:t>
      </w:r>
      <w:r>
        <w:t>осуществляют иные предусмотренные законодательством полномочия в области обращения с животными</w:t>
      </w:r>
    </w:p>
    <w:p>
      <w:r>
        <w:rPr>
          <w:b/>
        </w:rPr>
        <w:t>Статья 6. Передача осуществления полномочий федеральных органов исполнительной власти в области обращения с животными исполнительным органам субъектов Российской Федерации</w:t>
      </w:r>
    </w:p>
    <w:p>
      <w:r>
        <w:t>(Наименование в редакции Федерального закона от 08.08.2024 № 232-ФЗ) Полномочия федеральных органов исполнительной власти по лицензированию деятельности по содержанию и использованию животных в зоопарках, зоосадах, цирках, зоотеатрах, дельфинариях, океанариумах могут передаваться для осуществления исполнительным органам субъектов Российской Федерации в соответствии с Федеральным законом от 21 декабря 2021 года № 414-ФЗ "Об общих принципах организации публичной власти в субъектах Российской Федерации". (В редакции федеральных законов от 28.04.2023 № 150-ФЗ, от 08.08.2024 № 232-ФЗ)</w:t>
      </w:r>
    </w:p>
    <w:p>
      <w:r>
        <w:rPr>
          <w:b/>
        </w:rPr>
        <w:t>Статья 7. Полномочия органов государственной власти субъектов Российской Федерации в области обращения с животными</w:t>
      </w:r>
    </w:p>
    <w:p>
      <w:r>
        <w:rPr>
          <w:b/>
        </w:rPr>
        <w:t xml:space="preserve">1. </w:t>
      </w:r>
      <w:r>
        <w:t>К полномочиям органов государственной власти субъектов Российской Федерации в области обращения с животными относятся</w:t>
      </w:r>
    </w:p>
    <w:p>
      <w:r>
        <w:rPr>
          <w:b/>
        </w:rPr>
        <w:t xml:space="preserve">2. </w:t>
      </w:r>
      <w:r>
        <w:t>Органы государственной власти субъектов Российской Федерации вправе создавать приюты для животных и обеспечивать их функционирование на территории соответствующего субъекта Российской Федерации</w:t>
      </w:r>
    </w:p>
    <w:p>
      <w:r>
        <w:rPr>
          <w:b/>
        </w:rPr>
        <w:t xml:space="preserve">3. </w:t>
      </w:r>
      <w:r>
        <w:t>Органы государственной власти субъектов Российской Федерации вправе наделять отдельными полномочиями в области обращения с животными органы местного самоуправления в соответствии с законодательством Российской Федерации, законодательством субъектов Российской Федерации</w:t>
      </w:r>
    </w:p>
    <w:p>
      <w:r>
        <w:rPr>
          <w:b/>
        </w:rPr>
        <w:t xml:space="preserve">4. </w:t>
      </w:r>
      <w:r>
        <w:t>Органы государственной власти субъектов Российской Федерации вправе законодательным актом устанавливать порядок осуществления деятельности по обращению с животными без владельцев и определять перечень мероприятий при осуществлении такой деятельности. (Дополнение частью - Федеральный закон от 24.07.2023 № 377-ФЗ)</w:t>
      </w:r>
    </w:p>
    <w:p>
      <w:r>
        <w:rPr>
          <w:b/>
        </w:rPr>
        <w:t xml:space="preserve">1. </w:t>
      </w:r>
      <w:r>
        <w:t>установление порядка организации деятельности приютов для животных и норм содержания животных в них в соответствии с утвержденными Правительством Российской Федерации методическими указаниями по организации деятельности приютов для животных и нормам содержания животных в них</w:t>
      </w:r>
    </w:p>
    <w:p>
      <w:r>
        <w:rPr>
          <w:b/>
        </w:rPr>
        <w:t xml:space="preserve">1. </w:t>
      </w:r>
      <w:r>
        <w:t>установление порядка осуществления деятельности по обращению с животными без владельцев в соответствии с утвержденными Правительством Российской Федерации методическими указаниями по осуществлению деятельности по обращению с животными без владельцев</w:t>
      </w:r>
    </w:p>
    <w:p>
      <w:r>
        <w:rPr>
          <w:b/>
        </w:rPr>
        <w:t xml:space="preserve">1. </w:t>
      </w:r>
      <w:r>
        <w:t>установление порядка предотвращения причинения животными без владельцев вреда жизни или здоровью граждан в соответствии с утвержденными Правительством Российской Федерации методическими указаниями; (Дополнение пунктом - Федеральный закон от 14.07.2022 № 269-ФЗ) 3) утверждение положения о региональном государственном контроле (надзоре) в области обращения с животными; (В редакции Федерального закона от 11.06.2021 № 170-ФЗ) 31) организация мероприятий при осуществлении деятельности по обращению с животными без владельцев; (Дополнение пунктом - Федеральный закон от 24.07.2023 № 377-ФЗ) 4) иные полномочия, предусмотренные законодательством в области обращения с животными</w:t>
      </w:r>
    </w:p>
    <w:p>
      <w:r>
        <w:rPr>
          <w:b/>
        </w:rPr>
        <w:t>Статья 8. Полномочия органов местного самоуправления в области обращения с животными</w:t>
      </w:r>
    </w:p>
    <w:p>
      <w:r>
        <w:t>Полномочия органов местного самоуправления в области обращения с животными определяются в соответствии с законодательством Российской Федерации об общих принципах организации местного самоуправления и настоящим Федеральным законом.</w:t>
      </w:r>
    </w:p>
    <w:p>
      <w:pPr>
        <w:pStyle w:val="Heading3"/>
      </w:pPr>
      <w:r>
        <w:t>Требования к содержанию и использованию животных</w:t>
      </w:r>
    </w:p>
    <w:p>
      <w:r>
        <w:rPr>
          <w:b/>
        </w:rPr>
        <w:t>Статья 9. Общие требования к содержанию животных</w:t>
      </w:r>
    </w:p>
    <w:p>
      <w:r>
        <w:rPr>
          <w:b/>
        </w:rPr>
        <w:t xml:space="preserve">1. </w:t>
      </w:r>
      <w:r>
        <w:t>К общим требованиям к содержанию животных их владельцами относятся</w:t>
      </w:r>
    </w:p>
    <w:p>
      <w:r>
        <w:rPr>
          <w:b/>
        </w:rPr>
        <w:t xml:space="preserve">2. </w:t>
      </w:r>
      <w:r>
        <w:t>В случае отказа от права собственности на животное или невозможности его дальнейшего содержания владелец животного обязан передать его новому владельцу или в приют для животных, которые могут обеспечить условия содержания такого животного</w:t>
      </w:r>
    </w:p>
    <w:p>
      <w:r>
        <w:rPr>
          <w:b/>
        </w:rPr>
        <w:t xml:space="preserve">1. </w:t>
      </w:r>
      <w:r>
        <w:t>обеспечение надлежащего ухода за животными</w:t>
      </w:r>
    </w:p>
    <w:p>
      <w:r>
        <w:rPr>
          <w:b/>
        </w:rPr>
        <w:t xml:space="preserve">1. </w:t>
      </w:r>
      <w:r>
        <w:t>обеспечение своевременного оказания животным ветеринарной помощи и своевременного осуществления обязательных профилактических ветеринарных мероприятий в соответствии с требованиями настоящего Федерального закона, других федеральных законов и иных нормативных правовых актов Российской Федерации, регулирующих отношения в области ветеринарии</w:t>
      </w:r>
    </w:p>
    <w:p>
      <w:r>
        <w:rPr>
          <w:b/>
        </w:rPr>
        <w:t xml:space="preserve">1. </w:t>
      </w:r>
      <w:r>
        <w:t>принятие мер по предотвращению появления нежелательного потомства у животных</w:t>
      </w:r>
    </w:p>
    <w:p>
      <w:r>
        <w:rPr>
          <w:b/>
        </w:rPr>
        <w:t xml:space="preserve">1. </w:t>
      </w:r>
      <w:r>
        <w:t>предоставление животных по месту их содержания по требованию должностных лиц органов государственного надзора в области обращения с животными при проведении ими проверок</w:t>
      </w:r>
    </w:p>
    <w:p>
      <w:r>
        <w:rPr>
          <w:b/>
        </w:rPr>
        <w:t xml:space="preserve">1. </w:t>
      </w:r>
      <w:r>
        <w:t>осуществление обращения с биологическими отходами в соответствии с законодательством Российской Федерации</w:t>
      </w:r>
    </w:p>
    <w:p>
      <w:r>
        <w:rPr>
          <w:b/>
        </w:rPr>
        <w:t>Статья 10. Особые условия, обеспечивающие защиту людей от угрозы причинения вреда их жизни и здоровью животными</w:t>
      </w:r>
    </w:p>
    <w:p>
      <w:r>
        <w:rPr>
          <w:b/>
        </w:rPr>
        <w:t xml:space="preserve">1. </w:t>
      </w:r>
      <w:r>
        <w:t>При обращении с животными не допускаются</w:t>
      </w:r>
    </w:p>
    <w:p>
      <w:r>
        <w:rPr>
          <w:b/>
        </w:rPr>
        <w:t xml:space="preserve">2. </w:t>
      </w:r>
      <w:r>
        <w:t>Организаторы мероприятий, в которых осуществляется использование животных в культурно-зрелищных целях, обязаны обеспечивать безопасность людей</w:t>
      </w:r>
    </w:p>
    <w:p>
      <w:r>
        <w:rPr>
          <w:b/>
        </w:rPr>
        <w:t xml:space="preserve">1. </w:t>
      </w:r>
      <w:r>
        <w:t>содержание и использование животных, включенных в перечень животных, запрещенных к содержанию, утвержденный Правительством Российской Федерации. Данный запрет не распространяется на случаи содержания и использования таких животных в зоопарках, зоосадах, цирках, зоотеатрах, дельфинариях, океанариумах или в качестве служебных животных, содержания и использования объектов животного мира в полувольных условиях или искусственно созданной среде обитания либо диких животных в неволе, которые подлежат выпуску в среду их обитания, а также на иные случаи, установленные Правительством Российской Федерации</w:t>
      </w:r>
    </w:p>
    <w:p>
      <w:r>
        <w:rPr>
          <w:b/>
        </w:rPr>
        <w:t xml:space="preserve">1. </w:t>
      </w:r>
      <w:r>
        <w:t>натравливание животных на людей, за исключением случаев необходимой обороны, использования служебных животных в соответствии с законодательством Российской Федерации или дрессировки собак кинологами</w:t>
      </w:r>
    </w:p>
    <w:p>
      <w:r>
        <w:rPr>
          <w:b/>
        </w:rPr>
        <w:t>Статья 11. Защита животных от жестокого обращения</w:t>
      </w:r>
    </w:p>
    <w:p>
      <w:r>
        <w:rPr>
          <w:b/>
        </w:rPr>
        <w:t xml:space="preserve">1. </w:t>
      </w:r>
      <w:r>
        <w:t>Животные должны быть защищены от жестокого обращения</w:t>
      </w:r>
    </w:p>
    <w:p>
      <w:r>
        <w:rPr>
          <w:b/>
        </w:rPr>
        <w:t xml:space="preserve">2. </w:t>
      </w:r>
      <w:r>
        <w:t>При обращении с животными не допускаются</w:t>
      </w:r>
    </w:p>
    <w:p>
      <w:r>
        <w:rPr>
          <w:b/>
        </w:rPr>
        <w:t xml:space="preserve">3. </w:t>
      </w:r>
      <w:r>
        <w:t>Содержание животных в местах, используемых для торговли животными, осуществляется в соответствии с требованиями, установленными Правительством Российской Федерации. (Дополнение частью - Федеральный закон от 07.10.2022 № 392-ФЗ)</w:t>
      </w:r>
    </w:p>
    <w:p>
      <w:r>
        <w:rPr>
          <w:b/>
        </w:rPr>
        <w:t xml:space="preserve">2. </w:t>
      </w:r>
      <w:r>
        <w:t>проведение на животных без применения обезболивающих лекарственных препаратов для ветеринарного применения ветеринарных и иных процедур, которые могут вызвать у животных непереносимую боль</w:t>
      </w:r>
    </w:p>
    <w:p>
      <w:r>
        <w:rPr>
          <w:b/>
        </w:rPr>
        <w:t xml:space="preserve">2. </w:t>
      </w:r>
      <w:r>
        <w:t>натравливание животных (за исключением служебных животных) на других животных</w:t>
      </w:r>
    </w:p>
    <w:p>
      <w:r>
        <w:rPr>
          <w:b/>
        </w:rPr>
        <w:t xml:space="preserve">2. </w:t>
      </w:r>
      <w:r>
        <w:t>отказ владельцев животных от исполнения ими обязанностей по содержанию животных до их определения в приюты для животных или отчуждения иным законным способом</w:t>
      </w:r>
    </w:p>
    <w:p>
      <w:r>
        <w:rPr>
          <w:b/>
        </w:rPr>
        <w:t xml:space="preserve">2. </w:t>
      </w:r>
      <w:r>
        <w:t>торговля животными в местах, специально не отведенных для этого</w:t>
      </w:r>
    </w:p>
    <w:p>
      <w:r>
        <w:rPr>
          <w:b/>
        </w:rPr>
        <w:t xml:space="preserve">2. </w:t>
      </w:r>
      <w:r>
        <w:t>организация и проведение боев животных</w:t>
      </w:r>
    </w:p>
    <w:p>
      <w:r>
        <w:rPr>
          <w:b/>
        </w:rPr>
        <w:t xml:space="preserve">2. </w:t>
      </w:r>
      <w:r>
        <w:t>организация и проведение зрелищных мероприятий, влекущих за собой нанесение травм и увечий животным, умерщвление животных</w:t>
      </w:r>
    </w:p>
    <w:p>
      <w:r>
        <w:rPr>
          <w:b/>
        </w:rPr>
        <w:t xml:space="preserve">2. </w:t>
      </w:r>
      <w:r>
        <w:t>кормление хищных животных другими живыми животными в местах, открытых для свободного посещения, за исключением случаев, предусмотренных требованиями к использованию животных в культурно-зрелищных целях и их содержанию, установленными Правительством Российской Федерации</w:t>
      </w:r>
    </w:p>
    <w:p>
      <w:r>
        <w:rPr>
          <w:b/>
        </w:rPr>
        <w:t>Статья 12. Запрещение пропаганды жестокого обращения с животными</w:t>
      </w:r>
    </w:p>
    <w:p>
      <w:r>
        <w:rPr>
          <w:b/>
        </w:rPr>
        <w:t xml:space="preserve">1. </w:t>
      </w:r>
      <w:r>
        <w:t>Запрещается пропаганда жестокого обращения с животными, а также призывы к жестокому обращению с животными</w:t>
      </w:r>
    </w:p>
    <w:p>
      <w:r>
        <w:rPr>
          <w:b/>
        </w:rPr>
        <w:t xml:space="preserve">2. </w:t>
      </w:r>
      <w:r>
        <w:t>Запрещаются производство, изготовление, показ и распространение пропагандирующих жестокое обращение с животными кино-, видео- и фотоматериалов, печатной продукции, аудиовизуальной продукции, размещение таких материалов и продукции в информационно-телекоммуникационных сетях (в том числе в сети "Интернет") и осуществление иных действий, пропагандирующих жестокое обращение с животными</w:t>
      </w:r>
    </w:p>
    <w:p>
      <w:r>
        <w:rPr>
          <w:b/>
        </w:rPr>
        <w:t>Статья 13. Требования к содержанию домашних животных</w:t>
      </w:r>
    </w:p>
    <w:p>
      <w:r>
        <w:rPr>
          <w:b/>
        </w:rPr>
        <w:t xml:space="preserve">1. </w:t>
      </w:r>
      <w:r>
        <w:t>При содержании домашних животных их владельцам необходимо соблюдать требования к содержанию животных, а также права и законные интересы лиц, проживающих в многоквартирном доме, в помещениях которого содержатся домашние животные. (В редакции Федерального закона от 14.07.2022 № 269-ФЗ)</w:t>
      </w:r>
    </w:p>
    <w:p>
      <w:r>
        <w:rPr>
          <w:b/>
        </w:rPr>
        <w:t xml:space="preserve">2. </w:t>
      </w:r>
      <w:r>
        <w:t>Не допускается использование домашних животных в предпринимательской деятельности, за исключением случаев, установленных Правительством Российской Федерации</w:t>
      </w:r>
    </w:p>
    <w:p>
      <w:r>
        <w:rPr>
          <w:b/>
        </w:rPr>
        <w:t xml:space="preserve">3. </w:t>
      </w:r>
      <w:r>
        <w:t>Предельное количество домашних животных в местах содержания животных определяется исходя из возможности владельца обеспечивать животным условия, соответствующие ветеринарным нормам и правилам, а также с учетом соблюдения санитарно-эпидемиологических правил и нормативов</w:t>
      </w:r>
    </w:p>
    <w:p>
      <w:r>
        <w:rPr>
          <w:b/>
        </w:rPr>
        <w:t xml:space="preserve">4. </w:t>
      </w:r>
      <w:r>
        <w:t>Выгул домашних животных должен осуществляться при условии обязательного обеспечения безопасности граждан, животных, сохранности имущества физических лиц и юридических лиц</w:t>
      </w:r>
    </w:p>
    <w:p>
      <w:r>
        <w:rPr>
          <w:b/>
        </w:rPr>
        <w:t xml:space="preserve">5. </w:t>
      </w:r>
      <w:r>
        <w:t>При выгуле домашнего животного, за исключением собаки-проводника, сопровождающей инвалида по зрению, необходимо соблюдать следующие требования: (В редакции Федерального закона от 07.10.2022 № 396-ФЗ) 1) исключать возможность свободного, неконтролируемого передвижения животного вне мест, разрешенных решением органа местного самоуправления для выгула животных; (В редакции Федерального закона от 24.07.2023 № 377-ФЗ) 2) обеспечивать уборку продуктов жизнедеятельности животного в местах и на территориях общего пользования;</w:t>
      </w:r>
    </w:p>
    <w:p>
      <w:r>
        <w:rPr>
          <w:b/>
        </w:rPr>
        <w:t xml:space="preserve">6. </w:t>
      </w:r>
      <w:r>
        <w:t>Выгул потенциально опасной собаки без намордника и поводка независимо от места выгула запрещается, за исключением случаев, если потенциально опасная собака находится на огороженной территории, принадлежащей владельцу потенциально опасной собаки на праве собственности или ином законном основании. О наличии этой собаки должна быть сделана предупреждающая надпись при входе на данную территорию</w:t>
      </w:r>
    </w:p>
    <w:p>
      <w:r>
        <w:rPr>
          <w:b/>
        </w:rPr>
        <w:t xml:space="preserve">7. </w:t>
      </w:r>
      <w:r>
        <w:t>Перечень потенциально опасных собак утверждается Правительством Российской Федерации</w:t>
      </w:r>
    </w:p>
    <w:p>
      <w:r>
        <w:rPr>
          <w:b/>
        </w:rPr>
        <w:t xml:space="preserve">8. </w:t>
      </w:r>
      <w:r>
        <w:t>Органы государственной власти субъектов Российской Федерации вправе устанавливать дополнительные требования к содержанию домашних животных, в том числе к их выгулу. (Дополнение частью - Федеральный закон от 14.07.2022 № 269-ФЗ)</w:t>
      </w:r>
    </w:p>
    <w:p>
      <w:r>
        <w:rPr>
          <w:b/>
        </w:rPr>
        <w:t xml:space="preserve">5. </w:t>
      </w:r>
      <w:r>
        <w:t>не допускать выгул животного вне мест, разрешенных решением органа местного самоуправления для выгула животных, и соблюдать иные требования к его выгулу. (В редакции Федерального закона от 14.07.2022 № 269-ФЗ)</w:t>
      </w:r>
    </w:p>
    <w:p>
      <w:r>
        <w:rPr>
          <w:b/>
        </w:rPr>
        <w:t>Статья 14. Требования к содержанию и использованию служебных животных</w:t>
      </w:r>
    </w:p>
    <w:p>
      <w:r>
        <w:rPr>
          <w:b/>
        </w:rPr>
        <w:t xml:space="preserve">1. </w:t>
      </w:r>
      <w:r>
        <w:t>Требования к содержанию и использованию служебных животных определяются настоящим Федеральным законом, другими федеральными законами и иными нормативными правовыми актами Российской Федерации, в том числе в соответствии с порядками обращения со служебными животными, установленными федеральными органами исполнительной власти, которые используют служебных животных или в ведении которых находятся организации, использующие служебных животных</w:t>
      </w:r>
    </w:p>
    <w:p>
      <w:r>
        <w:rPr>
          <w:b/>
        </w:rPr>
        <w:t xml:space="preserve">2. </w:t>
      </w:r>
      <w:r>
        <w:t>Служебные животные, дальнейшее использование которых в служебных целях (в том числе для обеспечения учебного процесса) невозможно, передаются на возмездной или безвозмездной основе новым владельцам</w:t>
      </w:r>
    </w:p>
    <w:p>
      <w:r>
        <w:rPr>
          <w:b/>
        </w:rPr>
        <w:t xml:space="preserve">3. </w:t>
      </w:r>
      <w:r>
        <w:t>Информация о передаче на возмездной или безвозмездной основе служебных животных новым владельцам размещается владельцами служебных животных в информационно-телекоммуникационной сети "Интернет" и опубликовывается в средствах массовой информации</w:t>
      </w:r>
    </w:p>
    <w:p>
      <w:r>
        <w:rPr>
          <w:b/>
        </w:rPr>
        <w:t xml:space="preserve">4. </w:t>
      </w:r>
      <w:r>
        <w:t>В случае, если после размещения и опубликования информации, указанной в части 3 настоящей статьи, служебные животные не переданы новым владельцам в трехмесячный срок, их дальнейшие содержание и использование осуществляются в соответствии с требованиями, указанными в части 1 настоящей статьи</w:t>
      </w:r>
    </w:p>
    <w:p>
      <w:r>
        <w:rPr>
          <w:b/>
        </w:rPr>
        <w:t>Статья 15. Требования к использованию животных в культурно-зрелищных целях и их содержанию</w:t>
      </w:r>
    </w:p>
    <w:p>
      <w:r>
        <w:rPr>
          <w:b/>
        </w:rPr>
        <w:t xml:space="preserve">1. </w:t>
      </w:r>
      <w:r>
        <w:t>Использование животных в культурно-зрелищных целях и их содержание осуществляются с учетом требований, установленных Правительством Российской Федерации</w:t>
      </w:r>
    </w:p>
    <w:p>
      <w:r>
        <w:rPr>
          <w:b/>
        </w:rPr>
        <w:t xml:space="preserve">2. </w:t>
      </w:r>
      <w:r>
        <w:t>Требованиями к использованию животных в культурно-зрелищных целях и их содержанию определяются условия их использования, соблюдение которых позволяет обеспечивать наиболее эффективное использование таких животных в соответствии с биологическими (видовыми и индивидуальными) особенностями, не причиняя вреда их жизни и здоровью, требования к местам содержания таких животных и лицам, осуществляющим их использование</w:t>
      </w:r>
    </w:p>
    <w:p>
      <w:r>
        <w:rPr>
          <w:b/>
        </w:rPr>
        <w:t xml:space="preserve">3. </w:t>
      </w:r>
      <w:r>
        <w:t>Осуществление деятельности, предусматривающей использование животных в культурно-зрелищных целях, допускается в местах их содержания, в специально предназначенных для этого зданиях, сооружениях или на обособленных территориях, за исключением случаев, установленных Правительством Российской Федерации</w:t>
      </w:r>
    </w:p>
    <w:p>
      <w:r>
        <w:rPr>
          <w:b/>
        </w:rPr>
        <w:t xml:space="preserve">4. </w:t>
      </w:r>
      <w:r>
        <w:t>Осуществление деятельности, предусматривающей использование животных в культурно-зрелищных целях, основной целью которой является предоставление зрителям или посетителям физического контакта с животными, не допускается</w:t>
      </w:r>
    </w:p>
    <w:p>
      <w:r>
        <w:rPr>
          <w:b/>
        </w:rPr>
        <w:t xml:space="preserve">5. </w:t>
      </w:r>
      <w:r>
        <w:t>В случае организации мероприятий, которые предусматривают физический контакт зрителей или посетителей с животными, такие мероприятия осуществляются при условии наличия в местах их проведения недоступной для людей зоны с укрытиями, куда животным должен быть обеспечен постоянный беспрепятственный доступ</w:t>
      </w:r>
    </w:p>
    <w:p>
      <w:r>
        <w:rPr>
          <w:b/>
        </w:rPr>
        <w:t xml:space="preserve">6. </w:t>
      </w:r>
      <w:r>
        <w:t>Применение лекарственных препаратов для ветеринарного применения и иных веществ, причиняющих вред здоровью животных, в целях повышения эффективности использования животных в культурно-зрелищных целях не допускается</w:t>
      </w:r>
    </w:p>
    <w:p>
      <w:r>
        <w:rPr>
          <w:b/>
        </w:rPr>
        <w:t xml:space="preserve">7. </w:t>
      </w:r>
      <w:r>
        <w:t>Использование в отношении животных, участвующих в спортивных соревнованиях, субстанции и (или) метода, включенных в перечни субстанций и (или) методов, запрещенных для использования в спорте, не допускается</w:t>
      </w:r>
    </w:p>
    <w:p>
      <w:r>
        <w:rPr>
          <w:b/>
        </w:rPr>
        <w:t xml:space="preserve">8. </w:t>
      </w:r>
      <w:r>
        <w:t>Если дальнейшее использование животного в культурно-зрелищных целях невозможно, владелец животного обязан обеспечить его содержание до наступления естественной смерти животного или передать его на содержание физическим или юридическим лицам либо в приют для животных</w:t>
      </w:r>
    </w:p>
    <w:p>
      <w:r>
        <w:rPr>
          <w:b/>
        </w:rPr>
        <w:t xml:space="preserve">9. </w:t>
      </w:r>
      <w:r>
        <w:t>Деятельность по содержанию и использованию животных в зоопарках, зоосадах, цирках, зоотеатрах, дельфинариях, океанариумах подлежит лицензированию в соответствии с Федеральным законом от 4 мая 2011 года № 99-ФЗ "О лицензировании отдельных видов деятельности"</w:t>
      </w:r>
    </w:p>
    <w:p>
      <w:r>
        <w:rPr>
          <w:b/>
        </w:rPr>
        <w:t>Статья 16. Приюты для животных</w:t>
      </w:r>
    </w:p>
    <w:p>
      <w:r>
        <w:rPr>
          <w:b/>
        </w:rPr>
        <w:t xml:space="preserve">1. </w:t>
      </w:r>
      <w:r>
        <w:t>Приюты для животных создаются в целях осуществления деятельности по содержанию животных, в том числе животных без владельцев, животных, от права собственности на которых владельцы отказались</w:t>
      </w:r>
    </w:p>
    <w:p>
      <w:r>
        <w:rPr>
          <w:b/>
        </w:rPr>
        <w:t xml:space="preserve">2. </w:t>
      </w:r>
      <w:r>
        <w:t>Приюты для животных размещаются в специально предназначенных для этого зданиях, строениях, сооружениях</w:t>
      </w:r>
    </w:p>
    <w:p>
      <w:r>
        <w:rPr>
          <w:b/>
        </w:rPr>
        <w:t xml:space="preserve">3. </w:t>
      </w:r>
      <w:r>
        <w:t>Приюты для животных могут быть государственными, муниципальными, а также частными</w:t>
      </w:r>
    </w:p>
    <w:p>
      <w:r>
        <w:rPr>
          <w:b/>
        </w:rPr>
        <w:t xml:space="preserve">4. </w:t>
      </w:r>
      <w:r>
        <w:t>Владельцами частных приютов для животных могут быть индивидуальные предприниматели или юридические лица</w:t>
      </w:r>
    </w:p>
    <w:p>
      <w:r>
        <w:rPr>
          <w:b/>
        </w:rPr>
        <w:t xml:space="preserve">5. </w:t>
      </w:r>
      <w:r>
        <w:t>В приютах для животных может осуществляться деятельность по временному содержанию (размещению) домашних животных по соглашению с их владельцами, а также деятельность по оказанию ветеринарных и иных услуг</w:t>
      </w:r>
    </w:p>
    <w:p>
      <w:r>
        <w:rPr>
          <w:b/>
        </w:rPr>
        <w:t xml:space="preserve">6. </w:t>
      </w:r>
      <w:r>
        <w:t>В отношении животных, находящихся в приютах для животных, владельцы приютов для животных и уполномоченные ими лица несут обязанности как владельцы животных</w:t>
      </w:r>
    </w:p>
    <w:p>
      <w:r>
        <w:rPr>
          <w:b/>
        </w:rPr>
        <w:t xml:space="preserve">7. </w:t>
      </w:r>
      <w:r>
        <w:t>Владельцы приютов для животных и уполномоченные ими лица должны соблюдать общие требования к содержанию животных, а также следующие дополнительные требования</w:t>
      </w:r>
    </w:p>
    <w:p>
      <w:r>
        <w:rPr>
          <w:b/>
        </w:rPr>
        <w:t xml:space="preserve">8. </w:t>
      </w:r>
      <w:r>
        <w:t>Передавать животных без владельцев и животных, от права собственности на которых владельцы отказались, физическим лицам и юридическим лицам для использования таких животных в качестве лабораторных животных не допускается</w:t>
      </w:r>
    </w:p>
    <w:p>
      <w:r>
        <w:rPr>
          <w:b/>
        </w:rPr>
        <w:t xml:space="preserve">9. </w:t>
      </w:r>
      <w:r>
        <w:t>Сведения (фотография, краткое описание, дата и место обнаружения и иные дополнительные сведения) о каждом из поступивших в приют для животных животном без владельца и животном, от права собственности на которое владелец отказался, размещаются сотрудниками приюта для животных в информационно-телекоммуникационной сети "Интернет" не позднее чем в течение трех дней со дня поступления соответствующего животного в приют для животных</w:t>
      </w:r>
    </w:p>
    <w:p>
      <w:r>
        <w:rPr>
          <w:b/>
        </w:rPr>
        <w:t xml:space="preserve">10. </w:t>
      </w:r>
      <w:r>
        <w:t>Перечень дополнительных сведений о поступивших в приют для животных животных без владельцев и животных, от права собственности на которых владельцы отказались, и порядок размещения этих сведений в информационно-телекоммуникационной сети "Интернет" утверждаются уполномоченным органом государственной власти субъекта Российской Федерации</w:t>
      </w:r>
    </w:p>
    <w:p>
      <w:r>
        <w:rPr>
          <w:b/>
        </w:rPr>
        <w:t xml:space="preserve">11. </w:t>
      </w:r>
      <w:r>
        <w:t>Животных, содержащихся в приютах для животных, умерщвлять запрещено, за исключением случаев необходимости прекращения непереносимых физических страданий нежизнеспособных животных при наличии достоверно установленных специалистом в области ветеринарии тяжелого неизлечимого заболевания животного или неизлечимых последствий острой травмы, несовместимых с жизнью животного, и соответствующая процедура должна производиться специалистом в области ветеринарии гуманными методами, гарантирующими быструю и безболезненную смерть</w:t>
      </w:r>
    </w:p>
    <w:p>
      <w:r>
        <w:rPr>
          <w:b/>
        </w:rPr>
        <w:t xml:space="preserve">12. </w:t>
      </w:r>
      <w:r>
        <w:t>Владельцы приютов для животных и уполномоченные ими лица обеспечивают возможность посещения</w:t>
      </w:r>
    </w:p>
    <w:p>
      <w:r>
        <w:rPr>
          <w:b/>
        </w:rPr>
        <w:t xml:space="preserve">13. </w:t>
      </w:r>
      <w:r>
        <w:t>Порядок организации деятельности приютов для животных, а также нормы содержания животных в них устанавливаются уполномоченным органом государственной власти субъекта Российской Федерации в соответствии с методическими указаниями, утвержденными Правительством Российской Федерации</w:t>
      </w:r>
    </w:p>
    <w:p>
      <w:r>
        <w:rPr>
          <w:b/>
        </w:rPr>
        <w:t xml:space="preserve">7. </w:t>
      </w:r>
      <w:r>
        <w:t>проводить осмотр и осуществлять мероприятия по обязательному карантинированию в течение десяти дней поступивших в приюты для животных животных без владельцев и животных, от права собственности на которых владельцы отказались, вакцинацию таких животных против бешенства и иных заболеваний, опасных для человека и животных</w:t>
      </w:r>
    </w:p>
    <w:p>
      <w:r>
        <w:rPr>
          <w:b/>
        </w:rPr>
        <w:t xml:space="preserve">7. </w:t>
      </w:r>
      <w:r>
        <w:t>осуществлять учет животных, маркирование неснимаемыми и несмываемыми метками поступивших в приюты для животных животных без владельцев и животных, от права собственности на которых владельцы отказались</w:t>
      </w:r>
    </w:p>
    <w:p>
      <w:r>
        <w:rPr>
          <w:b/>
        </w:rPr>
        <w:t xml:space="preserve">7. </w:t>
      </w:r>
      <w:r>
        <w:t>осуществлять стерилизацию поступивших в приюты для животных животных без владельцев</w:t>
      </w:r>
    </w:p>
    <w:p>
      <w:r>
        <w:rPr>
          <w:b/>
        </w:rPr>
        <w:t xml:space="preserve">7. </w:t>
      </w:r>
      <w:r>
        <w:t>содержать поступивших в приюты для животных животных без владельцев и животных, от права собственности на которых владельцы отказались, до наступления естественной смерти таких животных либо возврата таких животных на прежние места их обитания или передачи таких животных новым владельцам</w:t>
      </w:r>
    </w:p>
    <w:p>
      <w:r>
        <w:rPr>
          <w:b/>
        </w:rPr>
        <w:t xml:space="preserve">7. </w:t>
      </w:r>
      <w:r>
        <w:t>возвращать владельцам животных, имеющих на ошейниках или иных предметах сведения о владельцах</w:t>
      </w:r>
    </w:p>
    <w:p>
      <w:r>
        <w:rPr>
          <w:b/>
        </w:rPr>
        <w:t xml:space="preserve">7. </w:t>
      </w:r>
      <w:r>
        <w:t>обеспечивать владельцу потерявшегося животного или уполномоченному владельцем такого животного лицу возможность поиска животного путем осмотра содержащихся в приютах для животных животных без владельцев</w:t>
      </w:r>
    </w:p>
    <w:p>
      <w:r>
        <w:rPr>
          <w:b/>
        </w:rPr>
        <w:t xml:space="preserve">7. </w:t>
      </w:r>
      <w:r>
        <w:t>размещать в информационно-телекоммуникационной сети "Интернет" в соответствии с частями 9 и 10 настоящей статьи сведения о находящихся в приютах для животных животных без владельцев и животных, от права собственности на которых владельцы отказались</w:t>
      </w:r>
    </w:p>
    <w:p>
      <w:r>
        <w:rPr>
          <w:b/>
        </w:rPr>
        <w:t xml:space="preserve">7. </w:t>
      </w:r>
      <w:r>
        <w:t>вести документально подтвержденный учет поступления животных в приюты для животных и выбытия животных из приютов для животных</w:t>
      </w:r>
    </w:p>
    <w:p>
      <w:r>
        <w:rPr>
          <w:b/>
        </w:rPr>
        <w:t xml:space="preserve">12. </w:t>
      </w:r>
      <w:r>
        <w:t>гражданами приютов для животных в установленное приютами для животных время, за исключением дней, в которые проводится санитарная обработка или дезинфекция помещений</w:t>
      </w:r>
    </w:p>
    <w:p>
      <w:r>
        <w:rPr>
          <w:b/>
        </w:rPr>
        <w:t xml:space="preserve">12. </w:t>
      </w:r>
      <w:r>
        <w:t>добровольцами (волонтерами) приютов для животных в часы, установленные режимом работы приютов для животных, за исключением дней, в которые проводится санитарная обработка или дезинфекция помещений</w:t>
      </w:r>
    </w:p>
    <w:p>
      <w:pPr>
        <w:pStyle w:val="Heading3"/>
      </w:pPr>
      <w:r>
        <w:t>Требования к осуществлению деятельности по обращению с животными без владельцев</w:t>
      </w:r>
    </w:p>
    <w:p>
      <w:r>
        <w:rPr>
          <w:b/>
        </w:rPr>
        <w:t>Статья 17. Общие положения деятельности по обращению с животными без владельцев</w:t>
      </w:r>
    </w:p>
    <w:p>
      <w:r>
        <w:rPr>
          <w:b/>
        </w:rPr>
        <w:t xml:space="preserve">1. </w:t>
      </w:r>
      <w:r>
        <w:t>Деятельность по обращению с животными без владельцев осуществляется в целях</w:t>
      </w:r>
    </w:p>
    <w:p>
      <w:r>
        <w:rPr>
          <w:b/>
        </w:rPr>
        <w:t xml:space="preserve">2. </w:t>
      </w:r>
      <w:r>
        <w:t>Осуществление деятельности по обращению с животными без владельцев способами, предусматривающими жестокое обращение с животными, не допускается</w:t>
      </w:r>
    </w:p>
    <w:p>
      <w:r>
        <w:rPr>
          <w:b/>
        </w:rPr>
        <w:t xml:space="preserve">3. </w:t>
      </w:r>
      <w:r>
        <w:t>Деятельность по обращению с животными без владельцев должна соответствовать требованиям законодательства в области обращения с животными. (В редакции Федерального закона от 24.07.2023 № 377-ФЗ)</w:t>
      </w:r>
    </w:p>
    <w:p>
      <w:r>
        <w:rPr>
          <w:b/>
        </w:rPr>
        <w:t xml:space="preserve">1. </w:t>
      </w:r>
      <w:r>
        <w:t>предупреждения возникновения эпидемий, эпизоотий и (или) иных чрезвычайных ситуаций, связанных с распространением заразных болезней, общих для человека и животных, носителями возбудителей которых могут быть животные без владельцев</w:t>
      </w:r>
    </w:p>
    <w:p>
      <w:r>
        <w:rPr>
          <w:b/>
        </w:rPr>
        <w:t xml:space="preserve">1. </w:t>
      </w:r>
      <w:r>
        <w:t>предотвращения причинения вреда здоровью и (или) имуществу граждан, имуществу юридических лиц</w:t>
      </w:r>
    </w:p>
    <w:p>
      <w:r>
        <w:rPr>
          <w:b/>
        </w:rPr>
        <w:t xml:space="preserve">1. </w:t>
      </w:r>
      <w:r>
        <w:t>гуманного отношения к животным без владельцев</w:t>
      </w:r>
    </w:p>
    <w:p>
      <w:r>
        <w:rPr>
          <w:b/>
        </w:rPr>
        <w:t xml:space="preserve">1. </w:t>
      </w:r>
      <w:r>
        <w:t>предотвращения нанесения ущерба объектам животного мира и среде их обитания</w:t>
      </w:r>
    </w:p>
    <w:p>
      <w:r>
        <w:rPr>
          <w:b/>
        </w:rPr>
        <w:t xml:space="preserve">1. </w:t>
      </w:r>
      <w:r>
        <w:t>оказания помощи животным, находящимся в опасном для их жизни состоянии</w:t>
      </w:r>
    </w:p>
    <w:p>
      <w:r>
        <w:rPr>
          <w:b/>
        </w:rPr>
        <w:t xml:space="preserve">1. </w:t>
      </w:r>
      <w:r>
        <w:t>возврата потерявшихся животных их владельцам</w:t>
      </w:r>
    </w:p>
    <w:p>
      <w:r>
        <w:rPr>
          <w:b/>
        </w:rPr>
        <w:t>Статья 18. Организация мероприятий при осуществлении деятельности по обращению с животными без владельцев</w:t>
      </w:r>
    </w:p>
    <w:p>
      <w:r>
        <w:rPr>
          <w:b/>
        </w:rPr>
        <w:t xml:space="preserve">1. </w:t>
      </w:r>
      <w:r>
        <w:t>Мероприятия при осуществлении деятельности по обращению с животными без владельцев, если иное не установлено законодательными актами субъектов Российской Федерации: (В редакции Федерального закона от 24.07.2023 № 377-ФЗ) 1) отлов животных без владельцев, в том числе их транспортировку и немедленную передачу в приюты для животных;</w:t>
      </w:r>
    </w:p>
    <w:p>
      <w:r>
        <w:rPr>
          <w:b/>
        </w:rPr>
        <w:t xml:space="preserve">2. </w:t>
      </w:r>
      <w:r>
        <w:t>При отлове животных без владельцев, если иное не установлено законодательными актами субъектов Российской Федерации, должны соблюдаться следующие требования: (В редакции Федерального закона от 24.07.2023 № 377-ФЗ) 1) стерилизованные животные без владельцев, имеющие неснимаемые или несмываемые метки, отлову не подлежат, за исключением животных без владельцев, проявляющих немотивированную агрессивность в отношении других животных или человека;</w:t>
      </w:r>
    </w:p>
    <w:p>
      <w:r>
        <w:rPr>
          <w:b/>
        </w:rPr>
        <w:t xml:space="preserve">3. </w:t>
      </w:r>
      <w:r>
        <w:t>Осуществлять отлов животных без владельцев в присутствии детей не допускается, за исключением случаев, если животные без владельцев представляют общественную опасность</w:t>
      </w:r>
    </w:p>
    <w:p>
      <w:r>
        <w:rPr>
          <w:b/>
        </w:rPr>
        <w:t xml:space="preserve">4. </w:t>
      </w:r>
      <w:r>
        <w:t>Физические лица и юридические лица обязаны сообщать о нахождении животных без владельцев, не имеющих неснимаемых и несмываемых меток, на территориях или объектах, находящихся в собственности или пользовании таких лиц, в орган государственной власти субъекта Российской Федерации, уполномоченный осуществлять организацию мероприятий при осуществлении деятельности по обращению с животными без владельцев, и обеспечивать доступ на указанные территории или объекты представителям организации, осуществляющей отлов животных без владельцев</w:t>
      </w:r>
    </w:p>
    <w:p>
      <w:r>
        <w:rPr>
          <w:b/>
        </w:rPr>
        <w:t xml:space="preserve">5. </w:t>
      </w:r>
      <w:r>
        <w:t>Содержание отловленных животных без владельцев в местах и пунктах временного содержания животных, не являющихся приютами для животных, не допускается, если иное не установлено законодательными актами субъектов Российской Федерации. (В редакции Федерального закона от 24.07.2023 № 377-ФЗ)</w:t>
      </w:r>
    </w:p>
    <w:p>
      <w:r>
        <w:rPr>
          <w:b/>
        </w:rPr>
        <w:t xml:space="preserve">6. </w:t>
      </w:r>
      <w:r>
        <w:t>При возврате животных без владельцев на прежние места их обитания, если иное не установлено законодательными актами субъектов Российской Федерации, индивидуальные предприниматели и юридические лица, осуществляющие возврат животных без владельцев, обязаны вести видеозапись процесса возврата животных без владельцев и бесплатно представлять по требованию уполномоченного исполнительного органа субъекта Российской Федерации копии этой видеозаписи. (В редакции федеральных законов от 24.07.2023 № 377-ФЗ, от 08.08.2024 № 232-ФЗ)</w:t>
      </w:r>
    </w:p>
    <w:p>
      <w:r>
        <w:rPr>
          <w:b/>
        </w:rPr>
        <w:t xml:space="preserve">61. </w:t>
      </w:r>
      <w:r>
        <w:t>Места, на которые запрещается возвращать животных без владельцев, и перечень лиц, уполномоченных на принятие решений о возврате животных без владельцев на прежние места обитания животных без владельцев, определяются органами местного самоуправления. (Дополнение частью - Федеральный закон от 14.07.2022 № 269-ФЗ)</w:t>
      </w:r>
    </w:p>
    <w:p>
      <w:r>
        <w:rPr>
          <w:b/>
        </w:rPr>
        <w:t xml:space="preserve">7. </w:t>
      </w:r>
      <w:r>
        <w:t>Порядок осуществления деятельности по обращению с животными без владельцев устанавливается уполномоченным органом государственной власти субъекта Российской Федерации в соответствии с методическими указаниями, утвержденными Правительством Российской Федерации, если иное не установлено законодательными актами субъектов Российской Федерации. (В редакции Федерального закона от 24.07.2023 № 377-ФЗ)</w:t>
      </w:r>
    </w:p>
    <w:p>
      <w:r>
        <w:rPr>
          <w:b/>
        </w:rPr>
        <w:t xml:space="preserve">8. </w:t>
      </w:r>
      <w:r>
        <w:t>Порядок предотвращения причинения животными без владельцев вреда жизни или здоровью граждан устанавливается уполномоченным органом государственной власти субъекта Российской Федерации в соответствии с методическими указаниями, указанными в части 9 настоящей статьи. (Дополнение частью - Федеральный закон от 14.07.2022 № 269-ФЗ)</w:t>
      </w:r>
    </w:p>
    <w:p>
      <w:r>
        <w:rPr>
          <w:b/>
        </w:rPr>
        <w:t xml:space="preserve">9. </w:t>
      </w:r>
      <w:r>
        <w:t>Методические указания по предотвращению причинения животными без владельцев вреда жизни или здоровью граждан утверждаются Правительством Российской Федерации. (Дополнение частью - Федеральный закон от 14.07.2022 № 269-ФЗ)</w:t>
      </w:r>
    </w:p>
    <w:p>
      <w:r>
        <w:rPr>
          <w:b/>
        </w:rPr>
        <w:t xml:space="preserve">1. </w:t>
      </w:r>
      <w:r>
        <w:t>содержание животных без владельцев в приютах для животных в соответствии с частью 7 статьи 16 настоящего Федерального закона</w:t>
      </w:r>
    </w:p>
    <w:p>
      <w:r>
        <w:rPr>
          <w:b/>
        </w:rPr>
        <w:t xml:space="preserve">1. </w:t>
      </w:r>
      <w:r>
        <w:t>возврат потерявшихся животных их владельцам, а также поиск новых владельцев поступившим в приюты для животных животным без владельцев</w:t>
      </w:r>
    </w:p>
    <w:p>
      <w:r>
        <w:rPr>
          <w:b/>
        </w:rPr>
        <w:t xml:space="preserve">1. </w:t>
      </w:r>
      <w:r>
        <w:t>возврат животных без владельцев, не проявляющих немотивированной агрессивности, на прежние места их обитания после проведения мероприятий, указанных в пункте 2 настоящей части, либо обращение с животными в соответствии с пунктом 5 настоящей части; (В редакции Федерального закона от 14.07.2022 № 269-ФЗ) 5) размещение в приютах для животных и содержание в них животных без владельцев, которые не могут быть возвращены на прежние места их обитания, до момента передачи таких животных новым владельцам или наступления естественной смерти таких животных</w:t>
      </w:r>
    </w:p>
    <w:p>
      <w:r>
        <w:rPr>
          <w:b/>
        </w:rPr>
        <w:t xml:space="preserve">1. </w:t>
      </w:r>
      <w:r>
        <w:t>иные необходимые мероприятия в соответствии с частями 7 и 8 настоящей статьи. (Дополнение пунктом - Федеральный закон от 14.07.2022 № 269-ФЗ)</w:t>
      </w:r>
    </w:p>
    <w:p>
      <w:r>
        <w:rPr>
          <w:b/>
        </w:rPr>
        <w:t xml:space="preserve">2. </w:t>
      </w:r>
      <w:r>
        <w:t>животные, имеющие на ошейниках или иных предметах сведения об их владельцах, передаются владельцам</w:t>
      </w:r>
    </w:p>
    <w:p>
      <w:r>
        <w:rPr>
          <w:b/>
        </w:rPr>
        <w:t xml:space="preserve">2. </w:t>
      </w:r>
      <w:r>
        <w:t>применять вещества, лекарственные средства, способы, технические приспособления, приводящие к увечьям, травмам или гибели животных, не допускается</w:t>
      </w:r>
    </w:p>
    <w:p>
      <w:r>
        <w:rPr>
          <w:b/>
        </w:rPr>
        <w:t xml:space="preserve">2. </w:t>
      </w:r>
      <w:r>
        <w:t>индивидуальные предприниматели и юридические лица, осуществляющие отлов животных без владельцев, несут ответственность за их жизнь и здоровье</w:t>
      </w:r>
    </w:p>
    <w:p>
      <w:r>
        <w:rPr>
          <w:b/>
        </w:rPr>
        <w:t xml:space="preserve">2. </w:t>
      </w:r>
      <w:r>
        <w:t>индивидуальные предприниматели и юридические лица, осуществляющие отлов животных без владельцев, обязаны вести видеозапись процесса отлова животных без владельцев и бесплатно представлять по требованию уполномоченного исполнительного органа субъекта Российской Федерации копии этой видеозаписи; (В редакции Федерального закона от 08.08.2024 № 232-ФЗ) 6) индивидуальные предприниматели и юридические лица, осуществляющие отлов животных без владельцев, обязаны представлять сведения об объеме выполненных работ в уполномоченный исполнительный орган субъекта Российской Федерации. (В редакции Федерального закона от 08.08.2024 № 232-ФЗ)</w:t>
      </w:r>
    </w:p>
    <w:p>
      <w:pPr>
        <w:pStyle w:val="Heading3"/>
      </w:pPr>
      <w:r>
        <w:t>Государственный контроль (надзор) и общественный контроль в области обращения с животными</w:t>
      </w:r>
    </w:p>
    <w:p>
      <w:r>
        <w:rPr>
          <w:b/>
        </w:rPr>
        <w:t>Статья 19. Государственный контроль (надзор) в области обращения с животными</w:t>
      </w:r>
    </w:p>
    <w:p>
      <w:r>
        <w:rPr>
          <w:b/>
        </w:rPr>
        <w:t xml:space="preserve">1. </w:t>
      </w:r>
      <w:r>
        <w:t>Государственный контроль (надзор) в области обращения с животными осуществляется посредством</w:t>
      </w:r>
    </w:p>
    <w:p>
      <w:r>
        <w:rPr>
          <w:b/>
        </w:rPr>
        <w:t xml:space="preserve">2. </w:t>
      </w:r>
      <w:r>
        <w:t>Предметом федерального государственного контроля (надзора) в области обращения с животными являются соблюдение юридическими лицами, индивидуальными предпринимателями и гражданами</w:t>
      </w:r>
    </w:p>
    <w:p>
      <w:r>
        <w:rPr>
          <w:b/>
        </w:rPr>
        <w:t xml:space="preserve">3. </w:t>
      </w:r>
      <w:r>
        <w:t>Предметом регионального государственного контроля (надзора) в области обращения с животными является соблюдение юридическими лицами, индивидуальными предпринимателями и гражданами обязательных требований в области обращения с животными, установленных настоящим Федеральным законом и принимаемыми в соответствии с ним иными нормативными правовыми актами Российской Федерации, законами и иными нормативными правовыми актами субъектов Российской Федерации, при содержании и использовании животных, ином обращении с животными, осуществлении деятельности по обращению с животными без владельцев, при осуществлении деятельности приютов для животных, в том числе соблюдение норм содержания животных в них, за исключением случаев, установленных частью 2 настоящей статьи</w:t>
      </w:r>
    </w:p>
    <w:p>
      <w:r>
        <w:rPr>
          <w:b/>
        </w:rPr>
        <w:t xml:space="preserve">4. </w:t>
      </w:r>
      <w:r>
        <w:t>Организация и осуществление государственного контроля (надзора) в области обращения с животными регулируются Федеральным законом от 31 июля 2020 года № 248-ФЗ "О государственном контроле (надзоре) и муниципальном контроле в Российской Федерации", а в случаях, указанных в подпункте "б" пункта 1 части 1 настоящей статьи, нормативными правовыми актами соответствующих федеральных органов исполнительной власти, принимаемыми по согласованию с федеральным органом исполнительной власти в области нормативно-правового регулирования в области обращения с животными</w:t>
      </w:r>
    </w:p>
    <w:p>
      <w:r>
        <w:rPr>
          <w:b/>
        </w:rPr>
        <w:t xml:space="preserve">5. </w:t>
      </w:r>
      <w:r>
        <w:t>Должностные лица, уполномоченные на осуществление государственного контроля (надзора) в области обращения с животными, наряду с правами, установленными Федеральным законом от 31 июля 2020 года № 248-ФЗ "О государственном контроле (надзоре) и муниципальном контроле в Российской Федерации", в пределах установленной компетенции имеют право</w:t>
      </w:r>
    </w:p>
    <w:p>
      <w:r>
        <w:rPr>
          <w:b/>
        </w:rPr>
        <w:t xml:space="preserve">6. </w:t>
      </w:r>
      <w:r>
        <w:t>Должностные лица, уполномоченные на осуществление государственного контроля (надзора) в области обращения с животными, наряду с решениями, принимаемыми в процессе и по результатам проведения контрольных (надзорных) мероприятий, установленных Федеральным законом от 31 июля 2020 года № 248-ФЗ "О государственном контроле (надзоре) и муниципальном контроле в Российской Федерации", в пределах установленной компетенции имеют право</w:t>
      </w:r>
    </w:p>
    <w:p>
      <w:r>
        <w:rPr>
          <w:b/>
        </w:rPr>
        <w:t xml:space="preserve">1. </w:t>
      </w:r>
      <w:r>
        <w:t>федерального государственного контроля (надзора) в области обращения с животными, осуществляемого:</w:t>
      </w:r>
    </w:p>
    <w:p>
      <w:r>
        <w:rPr>
          <w:b/>
        </w:rPr>
        <w:t xml:space="preserve">1. </w:t>
      </w:r>
      <w:r>
        <w:t>регионального государственного контроля (надзора) в области обращения с животными, осуществляемого уполномоченными исполнительными органами субъектов Российской Федерации, в соответствии с положениями, утверждаемыми высшими исполнительными органами субъектов Российской Федерации. (В редакции Федерального закона от 08.08.2024 № 232-ФЗ)</w:t>
      </w:r>
    </w:p>
    <w:p>
      <w:r>
        <w:rPr>
          <w:b/>
        </w:rPr>
        <w:t xml:space="preserve">1. </w:t>
      </w:r>
      <w:r>
        <w:t>федеральными органами исполнительной власти, уполномоченными Правительством Российской Федерации, в соответствии с положением, утверждаемым Правительством Российской Федерации</w:t>
      </w:r>
    </w:p>
    <w:p>
      <w:r>
        <w:rPr>
          <w:b/>
        </w:rPr>
        <w:t xml:space="preserve">1. </w:t>
      </w:r>
      <w:r>
        <w:t>федеральными органами исполнительной власти, которые используют служебных животных или в ведении которых находятся организации, использующие служебных животных, только в части соблюдения обязательных требований в области обращения со служебными животными (пункт 3 части 2 настоящей статьи)</w:t>
      </w:r>
    </w:p>
    <w:p>
      <w:r>
        <w:rPr>
          <w:b/>
        </w:rPr>
        <w:t xml:space="preserve">2. </w:t>
      </w:r>
      <w:r>
        <w:t>обязательных требований в области обращения с животными, установленных настоящим Федеральным законом и принимаемыми в соответствии с ним иными нормативными правовыми актами Российской Федерации, при содержании и использовании диких животных, содержащихся или используемых в условиях неволи, при содержании и использовании животных в культурно-зрелищных целях</w:t>
      </w:r>
    </w:p>
    <w:p>
      <w:r>
        <w:rPr>
          <w:b/>
        </w:rPr>
        <w:t xml:space="preserve">2. </w:t>
      </w:r>
      <w:r>
        <w:t>лицензионных требований при осуществлении деятельности по содержанию и использованию животных в зоопарках, зоосадах, цирках, зоотеатрах, дельфинариях и океанариумах</w:t>
      </w:r>
    </w:p>
    <w:p>
      <w:r>
        <w:rPr>
          <w:b/>
        </w:rPr>
        <w:t xml:space="preserve">2. </w:t>
      </w:r>
      <w:r>
        <w:t>обязательных требований в области обращения со служебными животными, установленных настоящим Федеральным законом и принимаемыми в соответствии с ним иными нормативными правовыми актами Российской Федерации и порядками обращения со служебными животными, установленными федеральными органами исполнительной власти, которые используют служебных животных или в ведении которых находятся организации, использующие служебных животных</w:t>
      </w:r>
    </w:p>
    <w:p>
      <w:r>
        <w:rPr>
          <w:b/>
        </w:rPr>
        <w:t xml:space="preserve">5. </w:t>
      </w:r>
      <w:r>
        <w:t>запрашивать и получать информацию и документы, связанные с соблюдением юридическими лицами и физическими лицами, в том числе индивидуальными предпринимателями, требований законодательства Российской Федерации в области обращения с животными</w:t>
      </w:r>
    </w:p>
    <w:p>
      <w:r>
        <w:rPr>
          <w:b/>
        </w:rPr>
        <w:t xml:space="preserve">5. </w:t>
      </w:r>
      <w:r>
        <w:t>проверять соблюдение юридическими лицами и физическими лицами, в том числе индивидуальными предпринимателями, требований законодательства Российской Федерации в области обращения с животными, составлять по результатам контрольных (надзорных) мероприятий соответствующие акты</w:t>
      </w:r>
    </w:p>
    <w:p>
      <w:r>
        <w:rPr>
          <w:b/>
        </w:rPr>
        <w:t xml:space="preserve">5. </w:t>
      </w:r>
      <w:r>
        <w:t>в порядке, установленном законодательством Российской Федерации, беспрепятственно посещать и обследовать организации, содержащие животных, в целях проверки исполнения данными организациями требований законодательства Российской Федерации в области обращения с животными</w:t>
      </w:r>
    </w:p>
    <w:p>
      <w:r>
        <w:rPr>
          <w:b/>
        </w:rPr>
        <w:t xml:space="preserve">5. </w:t>
      </w:r>
      <w:r>
        <w:t>пресекать правонарушения, связанные с нарушением требований законодательства Российской Федерации в области обращения с животными</w:t>
      </w:r>
    </w:p>
    <w:p>
      <w:r>
        <w:rPr>
          <w:b/>
        </w:rPr>
        <w:t xml:space="preserve">6. </w:t>
      </w:r>
      <w:r>
        <w:t>выдавать юридическим лицам и физическим лицам, в том числе индивидуальным предпринимателям, предписания об устранении выявленных нарушений требований законодательства Российской Федерации в области обращения с животными и проверять исполнение выданных предписаний</w:t>
      </w:r>
    </w:p>
    <w:p>
      <w:r>
        <w:rPr>
          <w:b/>
        </w:rPr>
        <w:t xml:space="preserve">6. </w:t>
      </w:r>
      <w:r>
        <w:t>составлять протоколы об административных правонарушениях, связанных с нарушением требований законодательства Российской Федерации в области обращения с животными, рассматривать дела об указанных административных правонарушениях и принимать меры по их предотвращению</w:t>
      </w:r>
    </w:p>
    <w:p>
      <w:r>
        <w:rPr>
          <w:b/>
        </w:rPr>
        <w:t xml:space="preserve">6. </w:t>
      </w:r>
      <w:r>
        <w:t>изымать у граждан животных в случаях, предусмотренных законодательством Российской Федерации</w:t>
      </w:r>
    </w:p>
    <w:p>
      <w:r>
        <w:rPr>
          <w:b/>
        </w:rPr>
        <w:t xml:space="preserve">6. </w:t>
      </w:r>
      <w:r>
        <w:t>направлять в уполномоченные органы материалы, связанные с нарушением законодательства Российской Федерации в области обращения с животными, для решения вопросов о возбуждении дел об административных правонарушениях или уголовных дел. (Статья в редакции Федерального закона от 11.06.2021 № 170-ФЗ)</w:t>
      </w:r>
    </w:p>
    <w:p>
      <w:r>
        <w:rPr>
          <w:b/>
        </w:rPr>
        <w:t>Статья 20. Общественный контроль в области обращения с животными</w:t>
      </w:r>
    </w:p>
    <w:p>
      <w:r>
        <w:rPr>
          <w:b/>
        </w:rPr>
        <w:t xml:space="preserve">1. </w:t>
      </w:r>
      <w:r>
        <w:t>Общественный контроль в области обращения с животными осуществляется общественными объединениями и иными некоммерческими организациями в соответствии с их уставами, а также гражданами в соответствии с законодательством Российской Федерации. Общественный контроль в области обращения с животными не осуществляется в отношении служебных животных, используемых федеральными органами исполнительной власти</w:t>
      </w:r>
    </w:p>
    <w:p>
      <w:r>
        <w:rPr>
          <w:b/>
        </w:rPr>
        <w:t xml:space="preserve">2. </w:t>
      </w:r>
      <w:r>
        <w:t>Результаты общественного контроля в области обращения с животными, представленные в органы государственной власти Российской Федерации, органы государственной власти субъектов Российской Федерации, органы местного самоуправления, подлежат обязательному рассмотрению в порядке, установленном законодательством Российской Федерации</w:t>
      </w:r>
    </w:p>
    <w:p>
      <w:r>
        <w:rPr>
          <w:b/>
        </w:rPr>
        <w:t xml:space="preserve">3. </w:t>
      </w:r>
      <w:r>
        <w:t>Граждане, изъявившие желание оказывать органам государственного надзора содействие на добровольной и безвозмездной основе, могут осуществлять общественный контроль в области обращения с животными в качестве общественных инспекторов в области обращения с животными</w:t>
      </w:r>
    </w:p>
    <w:p>
      <w:r>
        <w:rPr>
          <w:b/>
        </w:rPr>
        <w:t xml:space="preserve">4. </w:t>
      </w:r>
      <w:r>
        <w:t>Общественным инспекторам в области обращения с животными органами государственного надзора выдаются соответствующие удостоверения</w:t>
      </w:r>
    </w:p>
    <w:p>
      <w:r>
        <w:rPr>
          <w:b/>
        </w:rPr>
        <w:t xml:space="preserve">5. </w:t>
      </w:r>
      <w:r>
        <w:t>Общественный инспектор в области обращения с животными имеет право</w:t>
      </w:r>
    </w:p>
    <w:p>
      <w:r>
        <w:rPr>
          <w:b/>
        </w:rPr>
        <w:t xml:space="preserve">6. </w:t>
      </w:r>
      <w:r>
        <w:t>Общественный инспектор в области обращения с животными при осуществлении общественного контроля в области обращения с животными обязан</w:t>
      </w:r>
    </w:p>
    <w:p>
      <w:r>
        <w:rPr>
          <w:b/>
        </w:rPr>
        <w:t xml:space="preserve">7. </w:t>
      </w:r>
      <w:r>
        <w:t>При осуществлении общественного контроля в области обращения с животными запрещается устанавливать ограничения осуществления общественными инспекторами в области обращения с животными фото- и видеосъемки, а также применения средств звукозаписи (аудиозаписи)</w:t>
      </w:r>
    </w:p>
    <w:p>
      <w:r>
        <w:rPr>
          <w:b/>
        </w:rPr>
        <w:t xml:space="preserve">8. </w:t>
      </w:r>
      <w:r>
        <w:t>При осуществлении общественного контроля в области обращения с животными общественным инспекторам в области обращения с животными должен быть обеспечен доступ на территорию приюта для животных и в его помещения</w:t>
      </w:r>
    </w:p>
    <w:p>
      <w:r>
        <w:rPr>
          <w:b/>
        </w:rPr>
        <w:t xml:space="preserve">9. </w:t>
      </w:r>
      <w:r>
        <w:t>Порядок организации деятельности общественных инспекторов в области обращения с животными, в том числе форма удостоверения, порядок его выдачи, порядок взаимодействия общественных инспекторов в области обращения с животными с органами государственного надзора, устанавливается уполномоченным федеральным органом исполнительной власти</w:t>
      </w:r>
    </w:p>
    <w:p>
      <w:r>
        <w:rPr>
          <w:b/>
        </w:rPr>
        <w:t xml:space="preserve">5. </w:t>
      </w:r>
      <w:r>
        <w:t>фиксировать, в том числе с помощью фото- и видеосъемки, правонарушения в области обращения с животными и направлять соответствующие материалы в органы государственного надзора</w:t>
      </w:r>
    </w:p>
    <w:p>
      <w:r>
        <w:rPr>
          <w:b/>
        </w:rPr>
        <w:t xml:space="preserve">5. </w:t>
      </w:r>
      <w:r>
        <w:t>содействовать органам государственного надзора в предупреждении и выявлении нарушений требований законодательства Российской Федерации и иных нормативных правовых актов в области обращения с животными</w:t>
      </w:r>
    </w:p>
    <w:p>
      <w:r>
        <w:rPr>
          <w:b/>
        </w:rPr>
        <w:t xml:space="preserve">5. </w:t>
      </w:r>
      <w:r>
        <w:t>участвовать в работе по просвещению населения в области обращения с животными</w:t>
      </w:r>
    </w:p>
    <w:p>
      <w:r>
        <w:rPr>
          <w:b/>
        </w:rPr>
        <w:t xml:space="preserve">5. </w:t>
      </w:r>
      <w:r>
        <w:t>подготавливать по результатам осуществления общественного контроля в области обращения с животными итоговый документ и направлять его на рассмотрение в органы государственной власти Российской Федерации, органы государственной власти субъектов Российской Федерации, органы местного самоуправления, государственные и муниципальные организации, иные органы и организации, осуществляющие в соответствии с федеральными законами отдельные публичные полномочия</w:t>
      </w:r>
    </w:p>
    <w:p>
      <w:r>
        <w:rPr>
          <w:b/>
        </w:rPr>
        <w:t xml:space="preserve">6. </w:t>
      </w:r>
      <w:r>
        <w:t>соблюдать установленные федеральными законами ограничения, связанные с деятельностью физических лиц и юридических лиц, органов государственной власти Российской Федерации, органов местного самоуправления, государственных и муниципальных организаций, иных органов и организаций, осуществляющих в соответствии с федеральными законами отдельные публичные полномочия</w:t>
      </w:r>
    </w:p>
    <w:p>
      <w:r>
        <w:rPr>
          <w:b/>
        </w:rPr>
        <w:t xml:space="preserve">6. </w:t>
      </w:r>
      <w:r>
        <w:t>не создавать препятствия деятельности физических лиц и юридических лиц, органов государственной власти Российской Федерации, органов местного самоуправления, государственных и муниципальных организаций, иных органов и организаций, осуществляющих в соответствии с федеральными законами отдельные публичные полномочия</w:t>
      </w:r>
    </w:p>
    <w:p>
      <w:pPr>
        <w:pStyle w:val="Heading3"/>
      </w:pPr>
      <w:r>
        <w:t>Ответственность за нарушение требований настоящего Федерального закона</w:t>
      </w:r>
    </w:p>
    <w:p>
      <w:r>
        <w:rPr>
          <w:b/>
        </w:rPr>
        <w:t>Статья 21. Ответственность за нарушение требований настоящего Федерального закона</w:t>
      </w:r>
    </w:p>
    <w:p>
      <w:r>
        <w:t>За нарушение требований настоящего Федерального закона владельцы животных и иные лица несут административную, уголовную и иную ответственность в порядке, установленном законодательством Российской Федерации.</w:t>
      </w:r>
    </w:p>
    <w:p>
      <w:r>
        <w:rPr>
          <w:b/>
        </w:rPr>
        <w:t>Статья 22. Конфискация диких животных, содержащихся или используемых в условиях неволи с нарушением требований, установленных настоящим Федеральным законом</w:t>
      </w:r>
    </w:p>
    <w:p>
      <w:r>
        <w:rPr>
          <w:b/>
        </w:rPr>
        <w:t xml:space="preserve">1. </w:t>
      </w:r>
      <w:r>
        <w:t>Дикие животные, содержащиеся или используемые в условиях неволи с нарушением требований, установленных настоящим Федеральным законом, подлежат конфискации в случаях и в порядке, которые установлены законодательством Российской Федерации</w:t>
      </w:r>
    </w:p>
    <w:p>
      <w:r>
        <w:rPr>
          <w:b/>
        </w:rPr>
        <w:t xml:space="preserve">2. </w:t>
      </w:r>
      <w:r>
        <w:t>Конфискованные дикие животные в неволе подлежат возвращению в среду их обитания. В случае, если возвращение указанных животных в среду их обитания невозможно, дальнейшее обращение с указанными животными осуществляется в соответствии с порядком, установленным Правительством Российской Федерации</w:t>
      </w:r>
    </w:p>
    <w:p>
      <w:pPr>
        <w:pStyle w:val="Heading3"/>
      </w:pPr>
      <w:r>
        <w:t>Заключительные положения</w:t>
      </w:r>
    </w:p>
    <w:p>
      <w:r>
        <w:rPr>
          <w:b/>
        </w:rPr>
        <w:t>Статья 23</w:t>
      </w:r>
    </w:p>
    <w:p>
      <w:r>
        <w:t>(Статья утратила силу - Федеральный закон от 21.12.2021 № 414-ФЗ)</w:t>
      </w:r>
    </w:p>
    <w:p>
      <w:r>
        <w:rPr>
          <w:b/>
        </w:rPr>
        <w:t>Статья 24. О внесении изменений в Федеральный закон "Об общих принципах организации местного самоуправления в Российской Федерации"</w:t>
      </w:r>
    </w:p>
    <w:p>
      <w:r>
        <w:t>Внести в Федеральный закон от 6 октября 2003 года № 131-ФЗ "Об общих принципах организации местного самоуправления в Российской Федерации" (Собрание законодательства Российской Федерации, 2003, № 40, ст. 3822; 2007, № 1, ст. 21; № 43, ст. 5084; 2008, № 48, ст. 5517; № 52, ст. 6236; 2009, № 48, ст. 5733; № 52, ст. 6441; 2010, № 49, ст. 6409; 2011, № 50, ст. 7353; 2012, № 29, ст. 3990; № 31, ст. 4326; № 53, ст. 7596; 2013, № 27, ст. 3477; 2014, № 22, ст. 2770; № 26, ст. 3371; № 30, ст. 4218, 4257; 2015, № 13, ст. 1808; 2016, № 26, ст. 3866; 2017, № 31, ст. 4751; № 50, ст. 7563; 2018, № 31, ст. 4833) следующие изменения</w:t>
      </w:r>
    </w:p>
    <w:p>
      <w:r>
        <w:t>в пункте 14 части 1 статьи 141 слова "мероприятий по отлову и содержанию безнадзорных животных, обитающих" заменить словами "деятельности по обращению с животными без владельцев, обитающими"</w:t>
      </w:r>
    </w:p>
    <w:p>
      <w:r>
        <w:t>в пункте 15 части 1 статьи 161 слова "мероприятий по отлову и содержанию безнадзорных животных, обитающих" заменить словами "деятельности по обращению с животными без владельцев, обитающими"</w:t>
      </w:r>
    </w:p>
    <w:p>
      <w:r>
        <w:rPr>
          <w:b/>
        </w:rPr>
        <w:t>Статья 25. О внесении изменения в Федеральный закон "О лицензировании отдельных видов деятельности"</w:t>
      </w:r>
    </w:p>
    <w:p>
      <w:r>
        <w:t>Часть 1 статьи 12 Федерального закона от 4 мая 2011 года № 99-ФЗ "О лицензировании отдельных видов деятельности" (Собрание законодательства Российской Федерации, 2011, № 19, ст. 2716; 2012, № 26, ст. 3446; № 31, ст. 4322; 2013, № 9, ст. 874; № 27, ст. 3477; 2014, № 30, ст. 4256; № 42, ст. 5615; 2015, № 1, ст. 11; № 29, ст. 4342; № 44, ст. 6047; 2016, № 1, ст. 51; 2018, № 31, ст. 4838; № 32, ст. 5116; № 45, ст. 6841) дополнить пунктом 54 следующего содержания: "54) деятельность по содержанию и использованию животных в зоопарках, зоосадах, цирках, зоотеатрах, дельфинариях, океанариумах.".</w:t>
      </w:r>
    </w:p>
    <w:p>
      <w:r>
        <w:rPr>
          <w:b/>
        </w:rPr>
        <w:t>Статья 26. О внесении изменения в Федеральный закон "Об основах общественного контроля в Российской Федерации"</w:t>
      </w:r>
    </w:p>
    <w:p>
      <w:r>
        <w:t>Часть 3 статьи 2 Федерального закона от 21 июля 2014 года № 212-ФЗ "Об основах общественного контроля в Российской Федерации" (Собрание законодательства Российской Федерации, 2014, № 30, ст. 4213; 2016, № 27, ст. 4286; 2018, № 1, ст. 39) дополнить словами ", общественными инспекторами в области обращения с животными общественного контроля в области обращения с животными".</w:t>
      </w:r>
    </w:p>
    <w:p>
      <w:r>
        <w:rPr>
          <w:b/>
        </w:rPr>
        <w:t>Статья 27. Порядок вступления в силу настоящего Федерального закона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положений, для которых настоящей статьей установлен иной срок вступления их в силу</w:t>
      </w:r>
    </w:p>
    <w:p>
      <w:r>
        <w:rPr>
          <w:b/>
        </w:rPr>
        <w:t xml:space="preserve">2. </w:t>
      </w:r>
      <w:r>
        <w:t>Часть 6 статьи 13, статьи 15, 16, 18 - 20 и 22 настоящего Федерального закона вступают в силу с 1 января 2020 года</w:t>
      </w:r>
    </w:p>
    <w:p>
      <w:r>
        <w:rPr>
          <w:b/>
        </w:rPr>
        <w:t xml:space="preserve">3. </w:t>
      </w:r>
      <w:r>
        <w:t>Животные, включенные в перечень животных, запрещенных к содержанию, и приобретенные до 1 января 2020 года, могут находиться на содержании их владельцев до наступления естественной смерти таких животных</w:t>
      </w:r>
    </w:p>
    <w:p>
      <w:r>
        <w:rPr>
          <w:b/>
        </w:rPr>
        <w:t xml:space="preserve">4. </w:t>
      </w:r>
      <w:r>
        <w:t>Юридические лица, индивидуальные предприниматели, осуществляющие деятельность по содержанию и использованию животных в зоопарках, зоосадах, цирках, зоотеатрах, дельфинариях, океанариумах, обязаны получить лицензию на ее осуществление до 1 января 2022 года. После 1 января 2022 года осуществление данной деятельности без лицензии не допускается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