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Федерального закона "О связи"</w:t>
      </w:r>
    </w:p>
    <w:p>
      <w:r>
        <w:rPr>
          <w:b/>
        </w:rPr>
        <w:t>Статья 1</w:t>
      </w:r>
    </w:p>
    <w:p>
      <w:r>
        <w:t>Внести в статью 46 Федерального закона от 7 июля 2003 года № 126-ФЗ "О связи" (Собрание законодательства Российской Федерации, 2003, № 28, ст. 2895; 2007, № 7, ст. 835; 2010, № 7, ст. 705; № 31, ст. 4190; 2012, № 31, ст. 4328; № 53, ст. 7578; 2013, № 48, ст. 6162; 2014, № 19, ст. 2302; № 30, ст. 4273; № 49, ст. 6928; 2015, № 29, ст. 4383; 2016, № 15, ст. 2066; № 27, ст. 4213; № 28, ст. 4558; 2017, № 31, ст. 4742, 4794; № 50, ст. 7557) изменения, дополнив ее пунктами 42 - 45 следующего содержания: "42. Оператор обязательных общедоступных телеканалов и (или) радиоканалов, оказывающий услуги связи для целей телевизионного вещания и (или) радиовещания с использованием сетей спутникового телерадиовещания, не вправе отказать гражданам, проживающим в населенных пунктах, расположенных вне зоны охвата сетью эфирной цифровой наземной трансляции обязательных общедоступных телеканалов и (или) радиоканалов, в заключении договора о предоставлении доступа к своей сети связи в целях получения возможности просмотра и (или) прослушивания общероссийских обязательных общедоступных телеканалов и (или) радиоканалов, а также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без взимания платы за право просмотра и (или) прослушивания таких каналов. Оператор обязательных общедоступных телеканалов и (или) радиоканалов, оказывающий услуги связи для целей телевизионного вещания и (или) радиовещания с использованием сетей спутникового телерадиовещания, не вправе обусловливать предоставление возможности просмотра и (или) прослушивания телеканалов и (или) радиоканалов, указанных в абзаце первом настоящего пункта, для граждан, которые проживают в населенных пунктах, расположенных вне зоны охвата сетью эфирной цифровой наземной трансляции обязательных общедоступных телеканалов и (или) радиоканалов, уплатой иных платежей, за исключением платы за предоставление доступа к своей сети связи оператора, взимаемой однократно при заключении договора, предусмотренного абзацем первым настоящего пункта. Перечень населенных пунктов, расположенных вне зоны охвата сетью эфирной цифровой наземной трансляции обязательных общедоступных телеканалов и (или) радиоканалов, с указанием для каждого населенного пункта перечня операторов обязательных общедоступных телеканалов и (или) радиоканалов, оказывающих услуги связи для целей телевизионного вещания и (или) радиовещания с использованием сетей спутникового телерадиовещания в таких населенных пунктах, утверждается федеральным органом исполнительной власти в области связи и размещается на его официальном сайте в информационно-телекоммуникационной сети "Интернет".</w:t>
      </w:r>
    </w:p>
    <w:p>
      <w:r>
        <w:rPr>
          <w:b/>
        </w:rPr>
        <w:t xml:space="preserve">43. </w:t>
      </w:r>
      <w:r>
        <w:t>Предусмотренный абзацем первым пункта 42 настоящей статьи договор может быть заключен сторонами при одновременном соблюдении следующих условий</w:t>
      </w:r>
    </w:p>
    <w:p>
      <w:r>
        <w:rPr>
          <w:b/>
        </w:rPr>
        <w:t xml:space="preserve">44. </w:t>
      </w:r>
      <w:r>
        <w:t>В случае изменения места жительства гражданина, с которым заключен договор, предусмотренный абзацем первым пункта 42 настоящей статьи, или в случае его смерти такой договор может быть перезаключен с любым членом семьи этого гражданина, указанным в подпункте 3 пункта 43 настоящей статьи, без взимания платы за предоставление доступа к сети связи оператора</w:t>
      </w:r>
    </w:p>
    <w:p>
      <w:r>
        <w:rPr>
          <w:b/>
        </w:rPr>
        <w:t xml:space="preserve">45. </w:t>
      </w:r>
      <w:r>
        <w:t>Операторы обязательных общедоступных телеканалов и (или) радиоканалов, оказывающие услуги связи для целей телевизионного вещания и (или) радиовещания с использованием сетей спутникового телерадиовещания, вправе осуществлять обмен информацией о заключении и о расторжении ранее заключенных договоров, предусмотренных абзацем первым пункта 42 настоящей статьи. Оператор обязательных общедоступных телеканалов и (или) радиоканалов, оказывающий услуги связи для целей телевизионного вещания и (или) радиовещания с использованием сетей спутникового телерадиовещания, вправе в одностороннем порядке расторгнуть договор, предусмотренный абзацем первым пункта 42 настоящей статьи, и прекратить доступ к своей сети связи в случае несоблюдения условий, указанных в подпунктах 1 - 3 пункта 43 настоящей статьи."</w:t>
      </w:r>
    </w:p>
    <w:p>
      <w:r>
        <w:rPr>
          <w:b/>
        </w:rPr>
        <w:t xml:space="preserve">43. </w:t>
      </w:r>
      <w:r>
        <w:t>гражданин проживает в населенном пункте, предусмотренном абзацем первым пункта 42 настоящей статьи, и обращается к оператору обязательных общедоступных телеканалов и (или) радиоканалов, оказывающему услуги связи для целей телевизионного вещания и (или) радиовещания с использованием сетей спутникового телерадиовещания, в данном населенном пункте</w:t>
      </w:r>
    </w:p>
    <w:p>
      <w:r>
        <w:rPr>
          <w:b/>
        </w:rPr>
        <w:t xml:space="preserve">43. </w:t>
      </w:r>
      <w:r>
        <w:t>гражданин владеет пользовательским оборудованием (оконечным оборудованием), которое может быть использовано в сети связи конкретного оператора обязательных общедоступных телеканалов и (или) радиоканалов, оказывающего услуги связи для целей телевизионного вещания и (или) радиовещания с использованием сети спутникового телерадиовещания, к которому он обращается</w:t>
      </w:r>
    </w:p>
    <w:p>
      <w:r>
        <w:rPr>
          <w:b/>
        </w:rPr>
        <w:t xml:space="preserve">43. </w:t>
      </w:r>
      <w:r>
        <w:t>гражданин и (или) члены его семьи, проживающие с ним в одном жилом помещении, не имеют действующего договора, предусмотренного абзацем первым пункта 42 настоящей статьи и заключенного с любым из операторов обязательных общедоступных телеканалов и (или) радиоканалов, оказывающих услуги связи для целей телевизионного вещания и (или) радиовещания с использованием сетей спутникового телерадиовещания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