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 силу пункта 2 части 2 статьи 22 Федерального закона "О территориях опережающего социально-экономического развития в Российской Федерации" в связи с реорганизацией государственного управления в сфере миграции и в сфере внутренних дел</w:t>
      </w:r>
    </w:p>
    <w:p>
      <w:r>
        <w:rPr>
          <w:b/>
        </w:rPr>
        <w:t>Статья 1</w:t>
      </w:r>
    </w:p>
    <w:p>
      <w:r>
        <w:t>Внести в статью 42 Основ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2012, № 41, ст. 5531; 2013, № 51, ст. 6699; 2015, № 13, ст. 1811; 2016, № 1, ст. 11) следующие изменения</w:t>
      </w:r>
    </w:p>
    <w:p>
      <w:r>
        <w:t>в части третьей слова "федеральный орган исполнительной власти, осуществляющий правоприменительные функции, функции по контролю, надзору и оказанию государственных услуг в сфере миграции," заменить словами "федеральный орган исполнительной власти в сфере внутренних дел"</w:t>
      </w:r>
    </w:p>
    <w:p>
      <w:r>
        <w:t>в части четвертой слова "федеральным органом исполнительной власти, осуществляющим правоприменительные функции, функции по контролю, надзору и оказанию государственных услуг в сфере миграции" заменить словами "федеральным органом исполнительной власти в сфере внутренних дел"</w:t>
      </w:r>
    </w:p>
    <w:p>
      <w:r>
        <w:rPr>
          <w:b/>
        </w:rPr>
        <w:t>Статья 2</w:t>
      </w:r>
    </w:p>
    <w:p>
      <w:r>
        <w:t>Внести в Федеральный закон "О беженцах" (в редакции Федерального закона от 28 июня 1997 года № 95-ФЗ) (Ведомости Съезда народных депутатов Российской Федерации и Верховного Совета Российской Федерации, 1993, № 12, ст. 425; Собрание законодательства Российской Федерации, 1997, № 26, ст. 2956; 1998, № 30, ст. 3613; 2000, № 33, ст. 3348; 2003, № 27, ст. 2700; 2004, № 27, ст. 2711; № 35, ст. 3607; 2006, № 31, ст. 3420; 2007, № 1, ст. 29; 2008, № 30, ст. 3616; 2011, № 1, ст. 29; № 27, ст. 3880; 2012, № 10, ст. 1166; № 47, ст. 6397; № 53, ст. 7647; 2013, № 27, ст. 3477; 2014, № 52, ст. 7557) следующие изменения</w:t>
      </w:r>
    </w:p>
    <w:p>
      <w:r>
        <w:t>в статье 4: а) в пункте 1: абзац первый подпункта 3 изложить в следующей редакции: "3) в пограничный орган или территориальный орган федерального органа исполнительной власти в сфере внутренних дел при вынужденном незаконном пересечении Государственной границы Российской Федерации в пункте пропуска либо вне пункта пропуска через Государственную границу Российской Федерации в течение суток со дня пересечения данным лицом Государственной границы Российской Федерации."; в подпункте 4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б) в пункте 3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в) пункт 4 изложить в следующей редакции: "4. Ходатайство лица, поданное в пограничный орган при вынужденном незаконном пересечении Государственной границы Российской Федерации, передается данным органом в установленном порядке в территориальный орган федерального органа исполнительной власти в сфере внутренних дел в течение трех рабочих дней со дня поступления ходатайства."; г) в подпункте 2 пункта 5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"территориальным органом федерального органа исполнительной власти в сфере внутренних дел"; д) в пункте 6: в абзаце первом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миграции" заменить словами "территориальным органом федерального органа исполнительной власти в сфере внутренних дел"; в абзаце втором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дел"; е) в пункте 7: в абзаце первом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в абзаце пятом слова "территориальном органе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"территориальном органе федерального органа исполнительной власти в сфере внутренних дел"; ж) в пункте 8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</w:t>
      </w:r>
    </w:p>
    <w:p>
      <w:r>
        <w:t>в статье 5: а) в пункте 2: в абзаце первом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дел"; в абзаце втором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б) в пункте 3 слова "территориального органа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"территориального органа федерального органа исполнительной власти в сфере внутренних дел"; в) в пункте 4 слова ", или территориальный орган федерального органа исполнительной власти по внутренним делам, или 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"или территориальный орган федерального органа исполнительной власти в сфере внутренних дел", слова "территориального органа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"территориального органа федерального органа исполнительной власти в сфере внутренних дел"; г) в пункте 5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</w:t>
      </w:r>
    </w:p>
    <w:p>
      <w:r>
        <w:t>в статье 6: а) в пункте 1: в подпункте 4 слова "территориального органа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"территориального органа федерального органа исполнительной власти в сфере внутренних дел"; в подпункте 5 слова "территориального органа федерального органа исполнительной власти, уполномоченного на осуществление функций по контролю и надзору в сфере миграции, и (или) территориального органа федерального органа исполнительной власти по внутренним делам" заменить словами "территориального органа федерального органа исполнительной власти в сфере внутренних дел", слова "территориального органа федерального органа исполнительной власти по внутренним делам" заменить словами "территориального органа федерального органа исполнительной власти в сфере внутренних дел"; б) в подпункте 4 пункта 2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</w:t>
      </w:r>
    </w:p>
    <w:p>
      <w:r>
        <w:t>в статье 7: а) в пункте 1: в подпункте 1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дел"; в подпункте 2: в абзаце первом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абзац второй изложить в следующей редакции: "Срок рассмотрения ходатайства по существу может быть продлен федеральным органом исполнительной власти в сфере внутренних дел либо его территориальным органом с согласия федерального органа исполнительной власти в сфере внутренних дел, но не более чем на три месяца."; б) в пункте 3 слова "федеральным органом исполнительной власти, уполномоченным на осуществление функций по контролю и надзору в сфере миграции," заменить словами "федеральным органом исполнительной власти в сфере внутренних дел"; в) в пункте 4 слова "федеральным органом исполнительной власти, уполномоченным на осуществление функций по контролю и надзору в сфере миграции," заменить словами "федеральным органом исполнительной власти в сфере внутренних дел"; г) в пункте 5 слова "федеральным органом исполнительной власти, уполномоченным на осуществление функций по контролю и надзору в сфере миграции," заменить словами "федеральным органом исполнительной власти в сфере внутренних дел"; д) в пункте 7: в абзаце первом слова "федеральным органом исполнительной власти, уполномоченным на осуществление функций по контролю и надзору в сфере миграции," заменить словами "федеральным органом исполнительной власти в сфере внутренних дел"; в абзаце шестом слова "территориальном органе федерального органа исполнительной власти, уполномоченного на осуществление функций по контролю и надзору в сфере миграции" заменить словами "территориальном органе федерального органа исполнительной власти в сфере внутренних дел"; е) в пункте 8 слова "федеральном органе исполнительной власти, уполномоченном на осуществление функций по контролю и надзору в сфере миграции," заменить словами "федеральном органе исполнительной власти в сфере внутренних дел"; ж) в пункте 10: в абзаце первом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дел"; в абзаце втором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з) в пункте 11 слова "территориального органа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"территориального органа федерального органа исполнительной власти в сфере внутренних дел"; и) в пункте 12 слова ", или в территориальный орган федерального органа исполнительной власти по внутренним делам, или в 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"или территориальный орган федерального органа исполнительной власти в сфере внутренних дел", слова "территориального органа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"территориального органа федерального органа исполнительной власти в сфере внутренних дел"; к) в пункте 13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л) в пункте 14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"территориальным органом федерального органа исполнительной власти в сфере внутренних дел"</w:t>
      </w:r>
    </w:p>
    <w:p>
      <w:r>
        <w:t>в статье 8: а) в пункте 1: в подпункте 5 слова "территориального органа федерального органа исполнительной власти по внутренним делам" заменить словами "территориального органа федерального органа исполнительной власти в сфере внутренних дел"; в подпункте 12 слова "федерального органа исполнительной власти, уполномоченного на осуществление функций по контролю и надзору в сфере миграции," заменить словами "федерального органа исполнительной власти в сфере внутренних дел"; в абзаце первом подпункта 13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б) в пункте 2: в подпункте 2 слова "федеральным органом исполнительной власти, уполномоченным на осуществление функций по контролю и надзору в сфере миграции," заменить словами "федеральным органом исполнительной власти в сфере внутренних дел"; в подпункте 4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подпункт 6 изложить в следующей редакции: "6) сняться с учета в территориальном органе федерального органа исполнительной власти в сфере внутренних дел при перемене места пребывания и в течение семи дней со дня прибытия к новому месту пребывания встать на учет в территориальном органе федерального органа исполнительной власти в сфере внутренних дел;"; в подпункте 7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миграции" заменить словами "территориальным органом федерального органа исполнительной власти в сфере внутренних дел"</w:t>
      </w:r>
    </w:p>
    <w:p>
      <w:r>
        <w:t>в статье 81: а) в пункте 1: в абзаце первом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"территориальным органом федерального органа исполнительной власти в сфере внутренних дел"; в абзаце шестом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дел"; б) в абзаце первом пункта 2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миграции" заменить словами "территориальный орган федерального органа исполнительной власти в сфере внутренних дел"; в) в пункте 3: в абзаце первом слова "федеральным органом исполнительной власти, уполномоченным на осуществление функций по контролю и надзору в сфере миграции," заменить словами "федеральным органом исполнительной власти в сфере внутренних дел"; в абзаце втором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миграции" заменить словами "территориальным органом федерального органа исполнительной власти в сфере внутренних дел"; в абзаце четвертом слова "федеральным органом исполнительной власти, уполномоченным на осуществление функций по контролю и надзору в сфере миграции," заменить словами "федеральным органом исполнительной власти в сфере внутренних дел"; в абзаце пятом слова "Территориальные органы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"Территориальные органы федерального органа исполнительной власти в сфере внутренних дел"; г) в пункте 4: в абзаце третьем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в абзаце четвертом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д) в абзаце втором пункта 7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дел"; е) в абзаце первом пункта 9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миграции" заменить словами "территориальный орган федерального органа исполнительной власти в сфере внутренних дел"; ж) в пункте 10 слова "федеральным органом исполнительной власти, уполномоченным на осуществление функций по контролю и надзору в сфере миграции, и его территориальными органами," исключить</w:t>
      </w:r>
    </w:p>
    <w:p>
      <w:r>
        <w:t>в статье 9: а) в абзаце первом пункта 2 слова "федеральным органом исполнительной власти, уполномоченным на осуществление функций по контролю и надзору в сфере миграции," заменить словами "федеральным органом исполнительной власти в сфере внутренних дел"; б) в пункте 3 слова "федеральным органом исполнительной власти, уполномоченным на осуществление функций по контролю и надзору в сфере миграции," заменить словами "федеральным органом исполнительной власти в сфере внутренних дел"; в) пункт 4 изложить в следующей редакции: "4. В случае утраты лицом статуса беженца или в случае лишения лица статуса беженца удостоверение сдается в федеральный орган исполнительной власти в сфере внутренних дел либо в его территориальный орган и признается федеральным органом исполнительной власти в сфере внутренних дел недействительным."; г) в пункте 5 слова "территориального органа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"территориального органа федерального органа исполнительной власти в сфере внутренних дел"</w:t>
      </w:r>
    </w:p>
    <w:p>
      <w:r>
        <w:t>в статье 11: а) в абзаце втором пункта 2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"территориальным органом федерального органа исполнительной власти в сфере внутренних дел"; б) в пункте 4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миграции" заменить словами "территориальным органом федерального органа исполнительной власти в сфере внутренних дел"; в) в пункте 5 слова "территориального органа федерального органа исполнительной власти, уполномоченного на осуществление функций по контролю и надзору в сфере миграции" заменить словами "территориального органа федерального органа исполнительной власти в сфере внутренних дел"</w:t>
      </w:r>
    </w:p>
    <w:p>
      <w:r>
        <w:t>в статье 12: а) в абзаце втором пункта 1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"территориальным органом федерального органа исполнительной власти в сфере внутренних дел"; б) в пункте 3: в абзаце первом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"территориальным органом федерального органа исполнительной власти в сфере внутренних дел"; в абзаце втором слова "территориальном органе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"территориальном органе федерального органа исполнительной власти в сфере внутренних дел"; в абзаце пятом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миграции" заменить словами "территориальный орган федерального органа исполнительной власти в сфере внутренних дел"; в) в абзаце первом пункта 6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"территориальным органом федерального органа исполнительной власти в сфере внутренних дел"; г) в пункте 7 слова "территориального органа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"территориального органа федерального органа исполнительной власти в сфере внутренних дел"</w:t>
      </w:r>
    </w:p>
    <w:p>
      <w:r>
        <w:t>в пункте 5 статьи 13 слова "федеральным органом исполнительной власти, уполномоченным на осуществление функций по контролю и надзору в сфере миграции, и его территориальными органами во взаимодействии с федеральным органом исполнительной власти по внутренним делам" заменить словами "федеральным органом исполнительной власти в сфере внутренних дел"</w:t>
      </w:r>
    </w:p>
    <w:p>
      <w:r>
        <w:t>в статье 17: а) абзац первый пункта 2 изложить в следующей редакции: "2. Федеральный орган исполнительной власти в сфере внутренних дел:"; б) пункт 4 признать утратившим силу; в) в пункте 5: в подпункте 2 слова "федерального органа исполнительной власти, уполномоченного на осуществление функций по контролю и надзору в сфере миграции," заменить словами "федерального органа исполнительной власти в сфере внутренних дел"; в подпункте 3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в подпункте 4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в подпункте 5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дел"; г) в подпункте 3 пункта 6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дел"; д) в подпункте 2 пункта 7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дел"; е) в подпункте 2 пункта 8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дел"; ж) в пункте 10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</w:t>
      </w:r>
    </w:p>
    <w:p>
      <w:r>
        <w:rPr>
          <w:b/>
        </w:rPr>
        <w:t>Статья 3</w:t>
      </w:r>
    </w:p>
    <w:p>
      <w:r>
        <w:t>Внести в Закон Российской Федерации от 19 февраля 1993 года № 4530-I "О вынужденных переселенцах" (в редакции Федерального закона от 20 декабря 1995 года № 202-ФЗ) (Ведомости Съезда народных депутатов Российской Федерации и Верховного Совета Российской Федерации, 1993, № 12, ст. 427; Собрание законодательства Российской Федерации, 1995, № 52, ст. 5110; 2000, № 33, ст. 3348; 2004, № 35, ст. 3607; 2006, № 31, ст. 3420; 2008, № 30, ст. 3616; 2010, № 42, ст. 5296; 2011, № 27, ст. 3880; 2013, № 27, ст. 3477; № 48, ст. 6165; 2015, № 48, ст. 6724; 2016, № 1, ст. 87) следующие изменения</w:t>
      </w:r>
    </w:p>
    <w:p>
      <w:r>
        <w:t>в статье 3: а) в пункте 1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б) в абзаце первом пункта 2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дел"; в) в абзаце первом пункта 3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"территориальным органом федерального органа исполнительной власти в сфере внутренних дел"; г) в абзаце третьем пункта 4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дел"; д) в абзаце втором пункта 5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"территориальным органом федерального органа исполнительной власти в сфере внутренних дел",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</w:t>
      </w:r>
    </w:p>
    <w:p>
      <w:r>
        <w:t>в статье 4: а) в подпункте 2 пункта 1 слова "территориального органа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"территориального органа федерального органа исполнительной власти в сфере внутренних дел"; б) в подпункте 3 пункта 2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</w:t>
      </w:r>
    </w:p>
    <w:p>
      <w:r>
        <w:t>в статье 5: а) в пункте 2: в абзаце первом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"территориальным органом федерального органа исполнительной власти в сфере внутренних дел"; в абзаце втором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б) в пункте 3: в абзаце втором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дел"; в абзаце третьем слова "территориального органа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"территориального органа федерального органа исполнительной власти в сфере внутренних дел"; в абзаце четвертом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"территориальным органом федерального органа исполнительной власти в сфере внутренних дел"; в) в абзаце первом пункта 5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"территориальным органом федерального органа исполнительной власти в сфере внутренних дел"; г) в абзаце первом пункта 6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д) в абзаце первом пункта 7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</w:t>
      </w:r>
    </w:p>
    <w:p>
      <w:r>
        <w:t>в статье 6: а) в пункте 1: в подпункте 1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миграции" заменить словами "территориальным органом федерального органа исполнительной власти в сфере внутренних дел"; в подпункте 2 слова "федерального органа исполнительной власти, уполномоченного на осуществление функций по контролю и надзору в сфере миграции," заменить словами "федерального органа исполнительной власти в сфере внутренних дел"; б) в пункте 2: в подпункте 3 слова "территориальном органе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"территориальном органе федерального органа исполнительной власти в сфере внутренних дел", слова "территориального органа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"территориального органа федерального органа исполнительной власти в сфере внутренних дел"; в подпункте 4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миграции" заменить словами "территориальным органом федерального органа исполнительной власти в сфере внутренних дел"</w:t>
      </w:r>
    </w:p>
    <w:p>
      <w:r>
        <w:t>в пункте 3 статьи 7: а) абзац первый изложить в следующей редакции: "3. Территориальные органы федерального органа исполнительной власти в сфере внутренних дел:"; б) в подпункте 2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</w:t>
      </w:r>
    </w:p>
    <w:p>
      <w:r>
        <w:t>в статье 9: а) в абзаце первом пункта 3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дел"; б) в пункте 5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"территориальным органом федерального органа исполнительной власти в сфере внутренних дел"</w:t>
      </w:r>
    </w:p>
    <w:p>
      <w:r>
        <w:t>в статье 10: а) в наименовании слова "федерального органа исполнительной власти, уполномоченного на осуществление функций по контролю и надзору в сфере миграции," заменить словами "федерального органа исполнительной власти в сфере внутренних дел"; б) в пункте 1 слова "федерального органа исполнительной власти, уполномоченного на осуществление функций по контролю и надзору в сфере миграции," заменить словами "федерального органа исполнительной власти в сфере внутренних дел"; в) в пункте 2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дел"; г) в пункте 3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</w:t>
      </w:r>
    </w:p>
    <w:p>
      <w:r>
        <w:t>в статье 11: а) в пункте 1 слова "территориальных органов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"территориальных органов федерального органа исполнительной власти в сфере внутренних дел"; б) в пункте 2 слова "федерального органа исполнительной власти, уполномоченного на осуществление функций по контролю и надзору в сфере миграции" заменить словами "федерального органа исполнительной власти в сфере внутренних дел"; в) в пункте 6 слова "территориальным органом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"территориальным органом федерального органа исполнительной власти в сфере внутренних дел"; г) в пункте 7 слова "территориального органа федерального органа исполнительной власти, уполномоченного на осуществление функций по контролю и надзору в сфере миграции" заменить словами "территориального органа федерального органа исполнительной власти в сфере внутренних дел",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</w:t>
      </w:r>
    </w:p>
    <w:p>
      <w:r>
        <w:rPr>
          <w:b/>
        </w:rPr>
        <w:t>Статья 4</w:t>
      </w:r>
    </w:p>
    <w:p>
      <w:r>
        <w:t>Внести в Закон Российской Федерации от 25 июня 1993 года № 5242-I "О праве граждан Российской Федерации на свободу передвижения, выбор места пребывания и жительства в пределах Российской Федерации" (Ведомости Съезда народных депутатов Российской Федерации и Верховного Совета Российской Федерации, 1993, № 32, ст. 1227; Собрание законодательства Российской Федерации, 2004, № 45, ст. 4377; 2006, № 31, ст. 3420; 2008, № 52, ст. 6236; 2010, № 31, ст. 4196; 2011, № 50, ст. 7341; 2012, № 53, ст. 7638; 2013, № 48, ст. 6165; № 51, ст. 6696; № 52, ст. 6952; 2015, № 1, ст. 78; № 27, ст. 3988; 2017, № 15, ст. 2140) следующие изменения</w:t>
      </w:r>
    </w:p>
    <w:p>
      <w:r>
        <w:t>в статье 3: а) в части третьей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в сфере контроля за оборотом наркотических средств, психотропных веществ и их прекурсоров, в сфере миграции, а также правоприменительные функции по федеральному государственному контролю (надзору) в указанных сферах (далее - федеральный орган исполнительной власти в сфере внутренних дел)"; б) в части седьмой слова "федеральный орган исполнительной власти, уполномоченный на осуществление функций по контролю и надзору в сфере миграции" заменить словами "федеральный орган исполнительной власти в сфере внутренних дел", слова "и органы внутренних дел" исключить; в) в части восьмой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дел"; г) в части девятой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дел"; д) в части тринадцатой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дел"; е) в части четырнадцатой слова "федерального органа исполнительной власти, уполномоченного на осуществление функций по контролю и надзору в сфере миграции," заменить словами "федерального органа исполнительной власти в сфере внутренних дел",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</w:t>
      </w:r>
    </w:p>
    <w:p>
      <w:r>
        <w:t>в статье 4 слова "федерального органа исполнительной власти, уполномоченного на осуществление функций по контролю и надзору в сфере миграции" заменить словами "федерального органа исполнительной власти в сфере внутренних дел"</w:t>
      </w:r>
    </w:p>
    <w:p>
      <w:r>
        <w:t>в статье 5: а) в части десятой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дел"; б) в части одиннадцатой слово "шестой" заменить словом "седьмой", слова "федерального органа исполнительной власти, уполномоченного на осуществление функций по контролю и надзору в сфере миграции," заменить словами "федерального органа исполнительной власти в сфере внутренних дел",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дел"; в) в части двенадцатой слово "шестой" заменить словом "седьмой", слова "федерального органа исполнительной власти, уполномоченного на осуществление функций по контролю и надзору в сфере миграции," заменить словами "федерального органа исполнительной власти в сфере внутренних дел"; г) в части тринадцатой слово "шестой" заменить словом "седьмой", слова "федерального органа исполнительной власти, уполномоченного на осуществление функций по контролю и надзору в сфере миграции," заменить словами "федерального органа исполнительной власти в сфере внутренних дел"; д) в части четырнадцатой слово "шестой" заменить словом "седьмой", слова "федерального органа исполнительной власти, уполномоченного на осуществление функций по контролю и надзору в сфере миграции," заменить словами "федерального органа исполнительной власти в сфере внутренних дел"; е) в части пятнадцатой слова "одиннадцатой - тринадцатой" заменить словами "двенадцатой - четырнадцатой"</w:t>
      </w:r>
    </w:p>
    <w:p>
      <w:r>
        <w:t>в абзаце одиннадцатом статьи 7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</w:t>
      </w:r>
    </w:p>
    <w:p>
      <w:r>
        <w:rPr>
          <w:b/>
        </w:rPr>
        <w:t>Статья 5</w:t>
      </w:r>
    </w:p>
    <w:p>
      <w:r>
        <w:t>Внести в Федеральный закон от 15 ноября 1997 года № 143-ФЗ "Об актах гражданского состояния" (Собрание законодательства Российской Федерации, 1997, № 47, ст. 5340; 2003, № 28, ст. 2889; 2004, № 35, ст. 3607; 2005, № 1, ст. 25; 2006, № 1, ст. 10; 2009, № 52, ст. 6441; 2011, № 27, ст. 3880; 2013, № 19, ст. 2331; № 30, ст. 4075; 2014, № 26, ст. 3371; 2015, № 1, ст. 70; № 48, ст. 6724; 2016, № 26, ст. 3888; 2017, № 52, ст. 7931; 2018, № 1, ст. 22, 56; № 31, ст. 4857, 4861) следующие изменения</w:t>
      </w:r>
    </w:p>
    <w:p>
      <w:r>
        <w:t>в абзаце пятом пункта 22 статьи 4 слова "территориальный орган федерального органа исполнительной власти, реализующего государственную политику в сфере миграции и осуществляющего правоприменительные функции, функции по контролю, надзору и оказанию государственных услуг в сфере миграции" заменить словами "территориальный орган федерального органа исполнительной власти в сфере внутренних дел"</w:t>
      </w:r>
    </w:p>
    <w:p>
      <w:r>
        <w:t>в статье 132: а) в пункте 1: в абзаце первом слова "федеральному органу исполнительной власти, реализующему государственную политику и нормативно-правовое регулирование в сфере внутренних дел, в сфере контроля за оборотом наркотических средств, психотропных веществ и их прекурсоров, в сфере миграции, а также правоприменительные функции по федеральному государственному контролю (надзору) в указанных сферах (его территориальным органам)" заменить словами "федеральному органу исполнительной власти в сфере внутренних дел (его территориальным органам)"; в абзаце втором слова "федеральному органу исполнительной власти, реализующему государственную политику и нормативно-правовое регулирование в сфере внутренних дел, в сфере контроля за оборотом наркотических средств, психотропных веществ и их прекурсоров, в сфере миграции, а также правоприменительные функции по федеральному государственному контролю (надзору) в указанных сферах (его территориальным органам)" заменить словами "федеральному органу исполнительной власти в сфере внутренних дел (его территориальным органам)"; в абзаце пятом слова "федеральному органу исполнительной власти, реализующему государственную политику и нормативно-правовое регулирование в сфере внутренних дел, в сфере контроля за оборотом наркотических средств, психотропных веществ и их прекурсоров, в сфере миграции, а также правоприменительные функции по федеральному государственному контролю (надзору) в указанных сферах (его территориальным органам)" заменить словами "федеральному органу исполнительной власти в сфере внутренних дел (его территориальным органам)"; б) в пункте 3 слова "федерального органа исполнительной власти, реализующего государственную политику и нормативно-правовое регулирование в сфере внутренних дел, в сфере контроля за оборотом наркотических средств, психотропных веществ и их прекурсоров, в сфере миграции, а также правоприменительные функции по федеральному государственному контролю (надзору) в указанных сферах (его территориального органа)" заменить словами "федерального органа исполнительной власти в сфере внутренних дел (его территориального органа)"; в) в пункте 4 слова "федеральным органом исполнительной власти, реализующим государственную политику и нормативно-правовое регулирование в сфере внутренних дел, в сфере контроля за оборотом наркотических средств, психотропных веществ и их прекурсоров, в сфере миграции, а также правоприменительные функции по федеральному государственному контролю (надзору) в указанных сферах (его территориальным органом)" заменить словами "федеральным органом исполнительной власти в сфере внутренних дел (его территориальным органом)"</w:t>
      </w:r>
    </w:p>
    <w:p>
      <w:r>
        <w:t>в пункте 21 статьи 66 слова "территориальный орган федерального органа исполнительной власти, реализующего государственную политику в сфере миграции и осуществляющего правоприменительные функции, функции по контролю, надзору и оказанию государственных услуг в сфере миграции" заменить словами "территориальный орган федерального органа исполнительной власти в сфере внутренних дел"</w:t>
      </w:r>
    </w:p>
    <w:p>
      <w:r>
        <w:rPr>
          <w:b/>
        </w:rPr>
        <w:t>Статья 6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7</w:t>
      </w:r>
    </w:p>
    <w:p>
      <w:r>
        <w:t>(Статья утратила силу - Федеральный закон от 28.04.2023 № 138-ФЗ)</w:t>
      </w:r>
    </w:p>
    <w:p>
      <w:r>
        <w:rPr>
          <w:b/>
        </w:rPr>
        <w:t>Статья 8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27, ст. 2700; № 46, ст. 4437; 2004, № 35, ст. 3607; 2006, № 30, ст. 3286; № 31, ст. 3420; 2007, № 1, ст. 21; № 2, ст. 361; № 49, ст. 6071; 2008, № 19, ст. 2094; № 30, ст. 3616; 2009, № 19, ст. 2283; № 23, ст. 2760; № 26, ст. 3125; 2010, № 21, ст. 2524; № 30, ст. 4011; № 31, ст. 4196; № 40, ст. 4969; № 52, ст. 7000; 2011, № 1, ст. 29, 50; № 13, ст. 1689; № 17, ст. 2321; № 27, ст. 3880; № 30, ст. 4590; № 49, ст. 7043, 7061; № 50, ст. 7342, 7352; 2012, № 31, ст. 4322; № 47, ст. 6397; № 50, ст. 6967; № 53, ст. 7640, 7645; 2013, № 19, ст. 2309, 2310; № 23, ст. 2866; № 27, ст. 3461, 3470, 3477; № 30, ст. 4036, 4037, 4040, 4057, 4081; № 52, ст. 6949, 6951, 6954, 6955; 2014, № 16, ст. 1828, 1830, 1831; № 19, ст. 2311, 2332; № 26, ст. 3370; № 30, ст. 4231, 4233; № 48, ст. 6638, 6659; № 49, ст. 6918; № 52, ст. 7557; 2015, № 1, ст. 61, 72; № 10, ст. 1426; № 21, ст. 2984; № 27, ст. 3951, 3990, 3993; № 29, ст. 4339, 4356; № 48, ст. 6709; 2016, № 1, ст. 58, 85, 86; № 18, ст. 2505; 2017, № 17, ст. 2459; № 24, ст. 3480; № 31, ст. 4765, 4792; 2018, № 1, ст. 77, 82; № 27, ст. 3951; № 30, ст. 4551) следующие изменения</w:t>
      </w:r>
    </w:p>
    <w:p>
      <w:r>
        <w:t>в абзаце двадцатом пункта 1 статьи 2 слова "федерального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миграции," заменить словами "федерального органа исполнительной власти в сфере внутренних дел"</w:t>
      </w:r>
    </w:p>
    <w:p>
      <w:r>
        <w:t>в статье 5: а) в пункте 2 слова "федеральным органом исполнительной власти, осуществляющим правоприменительные функции, функции по контролю, надзору и оказанию государственных услуг в сфере миграции (далее - федеральный орган исполнительной власти в сфере миграции)," заменить словами "федеральным органом исполнительной власти в сфере внутренних дел"; б) в пункте 4: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в) в пункте 7: в абзаце четвертом слова "в сфере миграции" заменить словами "в сфере внутренних дел"; в абзаце шестом слова "в сфере миграции" заменить словами "в сфере внутренних дел"; в абзаце восьмом слова "в сфере миграции" заменить словами "в сфере внутренних дел"; в абзаце девятом слова "в сфере миграции" заменить словами "в сфере внутренних дел"</w:t>
      </w:r>
    </w:p>
    <w:p>
      <w:r>
        <w:t>в статье 6: а) в пункте 4: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б) в пункте 5 слова "в сфере миграции" заменить словами "в сфере внутренних дел", слова ", органы внутренних дел" исключить; в) в пункте 7 слова "в сфере миграции" заменить словами "в сфере внутренних дел"; г) в абзаце втором пункта 8 слова "в сфере миграции" заменить словами "в сфере внутренних дел"; д) в абзаце первом пункта 9 слова "в сфере миграции" заменить словами "в сфере внутренних дел"; е) в пункте 11 слова "в сфере миграции" заменить словами "в сфере внутренних дел"</w:t>
      </w:r>
    </w:p>
    <w:p>
      <w:r>
        <w:t>в статье 61: а) в пункте 2: в абзаце первом слова "в сфере миграции" заменить словами "в сфере внутренних дел"; в подпункте 3 слова "в сфере миграции" заменить словами "в сфере внутренних дел"; в подпункте 4 слова "в сфере миграции" заменить словами "в сфере внутренних дел"; б) в пункте 21 слова "в сфере миграции" заменить словами "в сфере внутренних дел"; в) в пункте 3 слова "в сфере миграции" заменить словами "в сфере внутренних дел"; г) в пункте 5: в абзаце первом слова "в сфере миграции" заменить словами "в сфере внутренних дел"; в подпункте 2 слова "в сфере миграции" заменить словами "в сфере внутренних дел"; д) в пункте 6 слова "в сфере миграции" заменить словами "в сфере внутренних дел"; е) в пункте 7 слова "в сфере миграции" заменить словами "в сфере внутренних дел"; ж) в пункте 8 слова "в сфере миграции" заменить словами "в сфере внутренних дел"</w:t>
      </w:r>
    </w:p>
    <w:p>
      <w:r>
        <w:t>в статье 7: а) в пункте 2 слова "в сфере миграции" заменить словами "в сфере внутренних дел"; б) в пункте 4 слова "в сфере миграции" заменить словами "в сфере внутренних дел"; в) в пункте 5 слова "в сфере миграции" заменить словами "в сфере внутренних дел"; г) дополнить пунктом 6 следующего содержания: "6. Форма решения об аннулировании разрешения на временное проживание и порядок его принятия утверждаются федеральным органом исполнительной власти в сфере внутренних дел."</w:t>
      </w:r>
    </w:p>
    <w:p>
      <w:r>
        <w:t>в статье 8: а) в пункте 1 слова "в сфере миграции" заменить словами "в сфере внутренних дел"; б) в пункте 3 слова "в сфере миграции" заменить словами "в сфере внутренних дел"; в) в пункте 4 слова "в сфере миграции" заменить словами "в сфере внутренних дел"; г) в пункте 41: в абзаце втором слова "в сфере миграции" заменить словами "в сфере внутренних дел"; в абзаце четвертом слова "в сфере миграции" заменить словами "в сфере внутренних дел"; в абзаце пятом слова "в сфере миграции" заменить словами "в сфере внутренних дел"; в абзаце шестом слова "в сфере миграции" заменить словами "в сфере внутренних дел"; д) в пункте 5: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е) в абзаце первом пункта 6 слова "в сфере миграции" заменить словами "в сфере внутренних дел"</w:t>
      </w:r>
    </w:p>
    <w:p>
      <w:r>
        <w:t>статью 9 дополнить пунктом 9 следующего содержания: "9. Форма решения об аннулировании вида на жительство и порядок его принятия утверждаются федеральным органом исполнительной власти в сфере внутренних дел."</w:t>
      </w:r>
    </w:p>
    <w:p>
      <w:r>
        <w:t>в статье 101: а) в пункте 1: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б) в абзаце первом пункта 4 слова "в сфере миграции" заменить словами "в сфере внутренних дел"; в) в пункте 5 слова "в сфере миграции" заменить словами "в сфере внутренних дел"; г) в пункте 6 слова "в сфере миграции" заменить словами "в сфере внутренних дел"; д) в пункте 7 слова "в сфере миграции" заменить словами "в сфере внутренних дел"; е) в пункте 11 слова "в сфере миграции" заменить словами "в сфере внутренних дел"; ж) в пункте 12 слова "в сфере миграции" заменить словами "в сфере внутренних дел"; з) в пункте 14 слова "в сфере миграции" заменить словами "в сфере внутренних дел"</w:t>
      </w:r>
    </w:p>
    <w:p>
      <w:r>
        <w:t>в статье 13: а) в пункте 46 слова "в сфере миграции" заменить словами "в сфере внутренних дел"; б) в пункте 47 слова "в сфере миграции" заменить словами "в сфере внутренних дел"; в) в пункте 7: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г) в пункте 8: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в абзаце третьем слова "в сфере миграции" заменить словами "в сфере внутренних дел"; в абзаце четвертом слова "в сфере миграции" заменить словами "в сфере внутренних дел"; в абзаце пятом слова "в сфере миграции" заменить словами "в сфере внутренних дел"; д) в пункте 9: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е) в пункте 11 слова "в сфере миграции" заменить словами "в сфере внутренних дел"</w:t>
      </w:r>
    </w:p>
    <w:p>
      <w:r>
        <w:t>в статье 132: а) в абзаце первом пункта 6 слова "в сфере миграции" заменить словами "в сфере внутренних дел"; б) в пункте 61 слова "в сфере миграции" заменить словами "в сфере внутренних дел"; в) в пункте 62: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г) в пункте 9 слова "в сфере миграции" заменить словами "в сфере внутренних дел"; д) в пункте 13: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е) в пункте 15 слова "в сфере миграции" заменить словами "в сфере внутренних дел"; ж) в абзаце первом пункта 17 слова "в сфере миграции" заменить словами "в сфере внутренних дел"; з) в пункте 171: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и) в абзаце первом пункта 19 слова "в сфере миграции" заменить словами "в сфере внутренних дел"; к) в пункте 191: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л) в пункте 20 слова "в сфере миграции" заменить словами "в сфере внутренних дел"; м) в пункте 21 слова "в сфере миграции" заменить словами "в сфере внутренних дел"; н) в пункте 22 слова "в сфере миграции" заменить словами "в сфере внутренних дел"; о) в пункте 23: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п) в подпункте 2 пункта 26 слова "в сфере миграции" заменить словами "в сфере внутренних дел"; р) в пункте 261: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в абзаце третьем слова "в сфере миграции" заменить словами "в сфере внутренних дел"; с) в абзаце первом пункта 27 слова "территориальным органом исполнительной власти в сфере миграции" заменить словами "территориальным органом федерального органа исполнительной власти в сфере внутренних дел"; т) в пункте 28 слова "в сфере миграции" заменить словами "в сфере внутренних дел"; у) в пункте 29: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ф) в пункте 31 слова "в сфере миграции" заменить словами "в сфере внутренних дел"</w:t>
      </w:r>
    </w:p>
    <w:p>
      <w:r>
        <w:t>в статье 133: а) в пункте 2: в абзаце первом слова "в сфере миграции" заменить словами "в сфере внутренних дел"; в подпункте 3 слова "в сфере миграции" заменить словами "в сфере внутренних дел"; в подпункте 8 слова "в сфере миграции" заменить словами "в сфере внутренних дел"; б) в пункте 3: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в абзаце третьем слова "в сфере миграции" заменить словами "в сфере внутренних дел"; в) в пункте 4: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г) в абзаце третьем пункта 5 слова "в сфере миграции" заменить словами "в сфере внутренних дел"; д) в пункте 7: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е) в пункте 8 слова "в сфере миграции" заменить словами "в сфере внутренних дел"; ж) в пункте 9: в абзаце первом слова "в сфере миграции" заменить словами "в сфере внутренних дел"; в подпункте 3 слова "в сфере миграции" заменить словами "в сфере внутренних дел"; в подпункте 7 слова "в сфере миграции" заменить словами "в сфере внутренних дел"; з) в пункте 11 слова "в сфере миграции" заменить словами "в сфере внутренних дел"; и) в пункте 12 слова "в сфере миграции" заменить словами "в сфере внутренних дел"; к) в абзаце третьем пункта 13 слова "в сфере миграции" заменить словами "в сфере внутренних дел"; л) в пункте 15: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м) в пункте 16: в абзаце третьем слова "в сфере миграции" заменить словами "в сфере внутренних дел"; в абзаце четвертом слова "в сфере миграции" заменить словами "в сфере внутренних дел"; в абзаце пятом слова "в сфере миграции" заменить словами "в сфере внутренних дел"; н) в пункте 17 слова "в сфере миграции" заменить словами "в сфере внутренних дел"; о) в пункте 18 слова "в сфере миграции" заменить словами "в сфере внутренних дел"; п) в пункте 19 слова "в сфере миграции" заменить словами "в сфере внутренних дел"; р) в пункте 22: в абзаце первом слова "в сфере миграции" заменить словами "в сфере внутренних дел"; в подпункте 3 слова "в сфере миграции" заменить словами "в сфере внутренних дел"; с) в пункте 23 слова "в сфере миграции" заменить словами "в сфере внутренних дел"; т) в пункте 25 слова "в сфере миграции" заменить словами "в сфере внутренних дел"; у) в пункте 26: в абзаце первом слова "в сфере миграции" заменить словами "в сфере внутренних дел"; в подпункте 3 слова "в сфере миграции" заменить словами "в сфере внутренних дел"; ф) в пункте 27 слова "в сфере миграции" заменить словами "в сфере внутренних дел"; х) в пункте 28 слова "в сфере миграции" заменить словами "в сфере внутренних дел"; ц) в пункте 29: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в абзаце третьем слова "в сфере миграции" заменить словами "в сфере внутренних дел"; в абзаце четвертом слова "в сфере миграции" заменить словами "в сфере внутренних дел"; в абзаце пятом слова "в сфере миграции" заменить словами "в сфере внутренних дел"</w:t>
      </w:r>
    </w:p>
    <w:p>
      <w:r>
        <w:t>в статье 134: а) в пункте 2 слова "в сфере миграции" заменить словами "в сфере внутренних дел"; б) в пункте 5 слова "в сфере миграции" заменить словами "в сфере внутренних дел"; в) в пункте 7: в подпункте 2 слова "в сфере миграции" заменить словами "в сфере внутренних дел"; в подпункте 3 слова "в сфере миграции" заменить словами "в сфере внутренних дел"; в подпункте 5 слова "в сфере миграции" заменить словами "в сфере внутренних дел"; г) в пункте 9 слова "в сфере миграции" заменить словами "в сфере внутренних дел"; д) в пункте 10 слова "в сфере миграции" заменить словами "в сфере внутренних дел"; е) в пункте 11: в абзаце первом слова "в сфере миграции" заменить словами "в сфере внутренних дел"; в подпункте 2 слова "в сфере миграции" заменить словами "в сфере внутренних дел"; ж) в пункте 17: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в абзаце третьем слова "в сфере миграции" заменить словами "в сфере внутренних дел"; з) в пункте 18: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и) в пункте 19: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</w:t>
      </w:r>
    </w:p>
    <w:p>
      <w:r>
        <w:t>в статье 135: а) в абзаце первом пункта 9 слова "в сфере миграции" заменить словами "в сфере внутренних дел"; б) в пункте 10 слова "в сфере миграции" заменить словами "в сфере внутренних дел"; в) в пункте 11 слова "в сфере миграции" заменить словами "в сфере внутренних дел"; г) в абзаце первом пункта 15 слова "в сфере миграции" заменить словами "в сфере внутренних дел"; д) в пункте 17 слова "в сфере миграции" заменить словами "в сфере внутренних дел"; е) в пункте 171: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ж) в пункте 18: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з) в абзаце первом пункта 19 слова "в сфере миграции" заменить словами "в сфере внутренних дел"</w:t>
      </w:r>
    </w:p>
    <w:p>
      <w:r>
        <w:t>в пункте 2 статьи 136 слова "в сфере миграции" заменить словами "в сфере внутренних дел"</w:t>
      </w:r>
    </w:p>
    <w:p>
      <w:r>
        <w:t>в абзаце первом пункта 11 статьи 14 слова "в сфере миграции" заменить словами "в сфере внутренних дел"</w:t>
      </w:r>
    </w:p>
    <w:p>
      <w:r>
        <w:t>в пункте 7 статьи 151 слова "в сфере миграции" заменить словами "в сфере внутренних дел"</w:t>
      </w:r>
    </w:p>
    <w:p>
      <w:r>
        <w:t>в статье 16: а) в пункте 1 слова "в сфере миграции" заменить словами "в сфере внутренних дел"; б) в пункте 2 слова "в сфере миграции" заменить словами "в сфере внутренних дел"; в) в абзаце первом пункта 4 слова "в сфере миграции" заменить словами "в сфере внутренних дел"; г) в пункте 41 слова "в сфере миграции" заменить словами "в сфере внутренних дел"</w:t>
      </w:r>
    </w:p>
    <w:p>
      <w:r>
        <w:t>в статье 17: а) в пункте 1 слова "в сфере миграции" заменить словами "в сфере внутренних дел"; б) в абзаце первом пункта 2 слова "в сфере миграции" заменить словами "в сфере внутренних дел", слова "либо внутренних дел," исключить; в) в подпункте 3 пункта 3 слова "в сфере миграции" заменить словами "в сфере внутренних дел"; г) в пункте 4: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в абзаце третьем слова "в сфере миграции" заменить словами "в сфере внутренних дел"; в абзаце четвертом слова "в сфере миграции" заменить словами "в сфере внутренних дел"; д) в пункте 5 слова "территориальный орган федерального органа исполнительной власти, уполномоченного на осуществление функций по контролю и надзору в сфере миграции," заменить словами "территориальный орган федерального органа исполнительной власти в сфере внутренних дел"</w:t>
      </w:r>
    </w:p>
    <w:p>
      <w:r>
        <w:t>в статье 18: а) в пункте 2: в абзаце первом слова "в сфере миграции" заменить словами "в сфере внутренних дел"; в абзаце втором слова "в сфере миграции либо" заменить словами "в сфере внутренних дел либо", слова "в сфере миграции если" заменить словами "в сфере внутренних дел, если"; в абзаце пятом слова "в сфере миграции" заменить словами "в сфере внутренних дел"; б) в пункте 21 слова "в сфере миграции" заменить словами "в сфере внутренних дел"; в) в пункте 3: в абзаце первом слова "в сфере миграции" заменить словами "в сфере внутренних дел"; в абзаце третьем слова "в сфере миграции" заменить словами "в сфере внутренних дел"; в абзаце пятом слова "в сфере миграции" заменить словами "в сфере внутренних дел"; г) в пункте 4: в абзаце втором слова "в сфере миграции" заменить словами "в сфере внутренних дел"; в абзаце третьем слова "в сфере миграции" заменить словами "в сфере внутренних дел"; в абзаце четвертом слова "в сфере миграции" заменить словами "в сфере внутренних дел"; д) в пункте 6: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е) в пункте 8: в подпункте 7 слова "в сфере миграции" заменить словами "в сфере внутренних дел"; в подпункте 8 слова "в сфере миграции" заменить словами "в сфере внутренних дел"; ж) в абзаце первом пункта 9 слова "в сфере миграции" заменить словами "в сфере внутренних дел"; з) в пункте 91-1 слова "в сфере миграции" заменить словами "в сфере внутренних дел"; и) в пункте 94 слова "в сфере миграции" заменить словами "в сфере внутренних дел"; к) в пункте 95 слова "в сфере миграции" заменить словами "в сфере внутренних дел"; л) в пункте 97: в абзаце первом слова "в сфере миграции" заменить словами "в сфере внутренних дел"; в подпункте 1 слова "в сфере миграции" заменить словами "в сфере внутренних дел"; в подпункте 2 слова "в сфере миграции" заменить словами "в сфере внутренних дел"; м) в пункте 11 слова "в сфере миграции" заменить словами "в сфере внутренних дел"; н) в пункте 12 слова "в сфере миграции" заменить словами "в сфере внутренних дел"</w:t>
      </w:r>
    </w:p>
    <w:p>
      <w:r>
        <w:t>в пункте 1 статьи 182 слова "в сфере миграции" заменить словами "в сфере внутренних дел"</w:t>
      </w:r>
    </w:p>
    <w:p>
      <w:r>
        <w:t>в статье 31: а) в пункте 4: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б) в пункте 7 слова "в сфере миграции" заменить словами "в сфере внутренних дел"; в) в абзаце первом пункта 92 слова "в сфере миграции" заменить словами "в сфере внутренних дел"; г) в пункте 93 слова "в сфере миграции" заменить словами "в сфере внутренних дел"; д) в пункте 11 слова "в сфере миграции" заменить словами "в сфере внутренних дел"; е) в пункте 13 слова "в сфере миграции" заменить словами "в сфере внутренних дел"</w:t>
      </w:r>
    </w:p>
    <w:p>
      <w:r>
        <w:t>в пункте 12 статьи 32 слова "в сфере миграции" заменить словами "в сфере внутренних дел"</w:t>
      </w:r>
    </w:p>
    <w:p>
      <w:r>
        <w:t>в статье 322: а) в пункте 1: в абзаце первом слова "в сфере миграции" заменить словами "в сфере внутренних дел"; в абзаце втором слова "в сфере миграции" заменить словами "в сфере внутренних дел"; б) в абзаце первом пункта 3 слова "в сфере миграции" заменить словами "в сфере внутренних дел"; в) в пункте 4 слова "в сфере миграции" заменить словами "в сфере внутренних дел"; г) в пункте 11 слова "в сфере миграции" заменить словами "в сфере внутренних дел"; д) в пункте 13 слова "в сфере миграции" заменить словами "в сфере внутренних дел"; е) в пункте 14 слова "в сфере миграции" заменить словами "в сфере внутренних дел"</w:t>
      </w:r>
    </w:p>
    <w:p>
      <w:r>
        <w:t>в пункте 4 статьи 324 слова "в сфере миграции" заменить словами "в сфере внутренних дел"</w:t>
      </w:r>
    </w:p>
    <w:p>
      <w:r>
        <w:t>в статье 325: а) в пункте 1 слова "в сфере миграции" заменить словами "в сфере внутренних дел"; б) в пункте 3 слова "в сфере миграции" заменить словами "в сфере внутренних дел"; в) в пункте 6 слова "в сфере миграции" заменить словами "в сфере внутренних дел"</w:t>
      </w:r>
    </w:p>
    <w:p>
      <w:r>
        <w:t>в пункте 3 статьи 34: а) в абзаце первом слова "в сфере миграции" заменить словами "в сфере внутренних дел"; б) в абзаце втором слова "в сфере миграции" заменить словами "в сфере внутренних дел"</w:t>
      </w:r>
    </w:p>
    <w:p>
      <w:r>
        <w:t>в статье 351: а) в абзаце втором пункта 1 слова "в сфере миграции" заменить словами "в сфере внутренних дел"; б) в пункте 7 слова "в сфере миграции" заменить словами "в сфере внутренних дел"</w:t>
      </w:r>
    </w:p>
    <w:p>
      <w:r>
        <w:t>в статье 353: а) пункт 1 изложить в следующей редакции: "1. Если иное не предусмотрено федеральным законом, личный досмотр иностранных граждан, досмотр вещей и предметов, находящихся при указанных иностранных гражданах, осуществляются по прибытии их в специальное учреждение либо по мере необходимости в период нахождения иностранных граждан в специальном учреждении должностным лицом специального учреждения или иным уполномоченным должностным лицом территориального органа федерального органа исполнительной власти в сфере внутренних дел одного пола с досматриваемым в присутствии двух понятых того же пола, являющихся совершеннолетними лицами, не заинтересованными в исходе такого досмотра."; б) в пункте 2 слова "в сфере миграции" заменить словами "в сфере внутренних дел"; в) в пункте 6 слова "в сфере миграции" заменить словами "в сфере внутренних дел"; г) пункт 10 признать утратившим силу; д) в абзаце втором пункта 11 слова "в сфере миграции" заменить словами "в сфере внутренних дел"</w:t>
      </w:r>
    </w:p>
    <w:p>
      <w:r>
        <w:rPr>
          <w:b/>
        </w:rPr>
        <w:t>Статья 9</w:t>
      </w:r>
    </w:p>
    <w:p>
      <w:r>
        <w:t>В части 31 статьи 8 Федерального закона от 2 мая 2006 года № 59-ФЗ "О порядке рассмотрения обращений граждан Российской Федерации" (Собрание законодательства Российской Федерации, 2006, № 19, ст. 2060; 2014, № 48, ст. 6638) слова "территориальный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миграции," заменить словами "территориальный орган федерального органа исполнительной власти в сфере внутренних дел".</w:t>
      </w:r>
    </w:p>
    <w:p>
      <w:r>
        <w:rPr>
          <w:b/>
        </w:rPr>
        <w:t>Статья 10</w:t>
      </w:r>
    </w:p>
    <w:p>
      <w:r>
        <w:t>Внести в Федеральный закон от 18 июля 2006 года № 109-ФЗ "О миграционном учете иностранных граждан и лиц без гражданства в Российской Федерации" (Собрание законодательства Российской Федерации, 2006, № 30, ст. 3285; 2008, № 30, ст. 3589, 3616; 2009, № 29, ст. 3636; 2010, № 21, ст. 2524; № 31, ст. 4198; № 52, ст. 7000; 2011, № 13, ст. 1689; № 27, ст. 3880; 2012, № 31, ст. 4332; 2013, № 48, ст. 6165; № 51, ст. 6696; 2014, № 52, ст. 7557; 2015, № 48, ст. 6724; 2018, № 27, ст. 3946; № 31, ст. 4846; № 42, ст. 6380) следующие изменения</w:t>
      </w:r>
    </w:p>
    <w:p>
      <w:r>
        <w:t>в пункте 2 части 1 статьи 2 слова "федеральный орган исполнительной власти, осуществляющий правоприменительные функции, функции по контролю, надзору и оказанию государственных услуг в сфере миграции (далее - федеральный орган исполнительной власти в сфере миграции)" заменить словами "федеральный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дел, в сфере контроля за оборотом наркотических средств, психотропных веществ и их прекурсоров, в сфере миграции, а также правоприменительные функции по федеральному государственному контролю (надзору) в указанных сферах (далее - федеральный орган исполнительной власти в сфере внутренних дел)"</w:t>
      </w:r>
    </w:p>
    <w:p>
      <w:r>
        <w:t>в статье 12: а) в абзаце первом части 1 слова "в сфере миграции" заменить словами "в сфере внутренних дел"; б) в абзаце первом части 2 слова "в сфере миграции" заменить словами "в сфере внутренних дел"</w:t>
      </w:r>
    </w:p>
    <w:p>
      <w:r>
        <w:t>в пункте 6 части 1 статьи 19 слова "в сфере миграции" заменить словами "в сфере внутренних дел"</w:t>
      </w:r>
    </w:p>
    <w:p>
      <w:r>
        <w:t>в части 8 статьи 22 слова "в сфере миграции" заменить словами "в сфере внутренних дел"</w:t>
      </w:r>
    </w:p>
    <w:p>
      <w:r>
        <w:t>в статье 23: а) в пункте 4 части 1 слова "в сфере миграции" заменить словами "в сфере внутренних дел"; б) в части 23 слова "в сфере миграции" заменить словами "в сфере внутренних дел"</w:t>
      </w:r>
    </w:p>
    <w:p>
      <w:r>
        <w:rPr>
          <w:b/>
        </w:rPr>
        <w:t>Статья 11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2011, № 49, ст. 7067; № 50, ст. 7352) следующие изменения</w:t>
      </w:r>
    </w:p>
    <w:p>
      <w:r>
        <w:t>в статье 62 слова "федерального органа исполнительной власти, осуществляющего функции по нормативно-правовому регулированию в сфере внутренних дел" заменить словами "федерального органа исполнительной власти в сфере внутренних дел"</w:t>
      </w:r>
    </w:p>
    <w:p>
      <w:r>
        <w:t>в статье 1091: а) в части 3 слова "федерального органа исполнительной власти, уполномоченного на осуществление функций по контролю и надзору в сфере миграции" заменить словами "федерального органа исполнительной власти в сфере внутренних дел"; б) в части 7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дел"; в) в части 9 слова "федеральный орган исполнительной власти, уполномоченный на осуществление функций по контролю и надзору в сфере миграции," заменить словами "федеральный орган исполнительной власти в сфере внутренних дел"</w:t>
      </w:r>
    </w:p>
    <w:p>
      <w:r>
        <w:rPr>
          <w:b/>
        </w:rPr>
        <w:t>Статья 12</w:t>
      </w:r>
    </w:p>
    <w:p>
      <w:r>
        <w:t>В пункте 2 статьи 2 Федерального закона от 10 июня 2008 года №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 (Собрание законодательства Российской Федерации, 2008, № 24, ст. 2789; 2013, № 27, ст. 3477; 2015, № 7, ст. 1020; 2018, № 30, ст. 4538) слова ", осуществляющего правоприменительные функции, функции по контролю, надзору и оказанию государственных услуг в сфере миграции," заменить словами "в сфере внутренних дел".</w:t>
      </w:r>
    </w:p>
    <w:p>
      <w:r>
        <w:rPr>
          <w:b/>
        </w:rPr>
        <w:t>Статья 13</w:t>
      </w:r>
    </w:p>
    <w:p>
      <w:r>
        <w:t>Внести в Федеральный закон от 28 сентября 2010 года № 244-ФЗ "Об инновационном центре "Сколково" (Собрание законодательства Российской Федерации, 2010, № 40, ст. 4970; № 52, ст. 7000; 2016, № 27, ст. 4183) следующие изменения</w:t>
      </w:r>
    </w:p>
    <w:p>
      <w:r>
        <w:t>в части 4 статьи 16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</w:t>
      </w:r>
    </w:p>
    <w:p>
      <w:r>
        <w:t>пункт 2 части 2 статьи 19 признать утратившим силу</w:t>
      </w:r>
    </w:p>
    <w:p>
      <w:r>
        <w:rPr>
          <w:b/>
        </w:rPr>
        <w:t>Статья 14</w:t>
      </w:r>
    </w:p>
    <w:p>
      <w:r>
        <w:t>В части 8 статьи 17 Федерального закона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740; 2018, № 24, ст. 3417) слова "в сфере миграции" заменить словами "в сфере внутренних дел".</w:t>
      </w:r>
    </w:p>
    <w:p>
      <w:r>
        <w:rPr>
          <w:b/>
        </w:rPr>
        <w:t>Статья 15</w:t>
      </w:r>
    </w:p>
    <w:p>
      <w:r>
        <w:t>В части 3 статьи 2 Федерального закона от 22 декабря 2014 года № 421-ФЗ "Об особенностях правового регулирования отношений, связанных с предоставлением мер социальной защиты (поддержки), а также выплат по обязательному социальному страхованию отдельным категориям граждан, проживающих на территориях Республики Крым и города федерального значения Севастополя" (Собрание законодательства Российской Федерации, 2014, № 52, ст. 7532) слова ", осуществляющего функции по выработке и реализации государственной политики и нормативно-правовому регулированию в сфере миграции" заменить словами "в сфере внутренних дел".</w:t>
      </w:r>
    </w:p>
    <w:p>
      <w:r>
        <w:rPr>
          <w:b/>
        </w:rPr>
        <w:t>Статья 16</w:t>
      </w:r>
    </w:p>
    <w:p>
      <w:r>
        <w:t>Пункт 2 части 2 статьи 22 Федерального закона от 29 декабря 2014 года № 473-ФЗ "О территориях опережающего социально-экономического развития в Российской Федерации" (Собрание законодательства Российской Федерации, 2015, № 1, ст. 26) признать утратившим силу.</w:t>
      </w:r>
    </w:p>
    <w:p>
      <w:r>
        <w:rPr>
          <w:b/>
        </w:rPr>
        <w:t>Статья 17</w:t>
      </w:r>
    </w:p>
    <w:p>
      <w:r>
        <w:t>В части 3 статьи 14 Федерального закона от 29 июня 2015 года № 160-ФЗ "О международном медицинском кластере и внесении изменений в отдельные законодательные акты Российской Федерации" (Собрание законодательства Российской Федерации, 2015, № 27, ст. 3951)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дел".</w:t>
      </w:r>
    </w:p>
    <w:p>
      <w:r>
        <w:rPr>
          <w:b/>
        </w:rPr>
        <w:t>Статья 18</w:t>
      </w:r>
    </w:p>
    <w:p>
      <w:r>
        <w:t>Внести в Федеральный закон от 29 июля 2017 года № 216-ФЗ "Об инновационных научно-технологических центрах и о внесении изменений в отдельные законодательные акты Российской Федерации" (Собрание законодательства Российской Федерации, 2017, № 31, ст. 4765) следующие изменения</w:t>
      </w:r>
    </w:p>
    <w:p>
      <w:r>
        <w:t>в части 4 статьи 20 слова "федеральным органом исполнительной власти, уполномоченным на осуществление функций по контролю и надзору в сфере миграции" заменить словами "федеральным органом исполнительной власти в сфере внутренних дел"</w:t>
      </w:r>
    </w:p>
    <w:p>
      <w:r>
        <w:t>пункт 2 части 2 статьи 23 признать утратившим силу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