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использовании атомной энергии"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52. Допуск лиц к работе на ядерной установке, на радиационном источнике, в пункте хранения, с ядерными материалами и радиоактивными веществами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