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 от 12 января 2007 г.</w:t>
      </w:r>
    </w:p>
    <w:p>
      <w:r>
        <w:rPr>
          <w:b/>
        </w:rPr>
        <w:t>Статья None. Федеральный закон   от 01.04.2019 № 42-ФЗ</w:t>
      </w:r>
    </w:p>
    <w:p>
      <w:r>
        <w:t>О ратификации Протокола о внесении изменений в Соглашение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 от 12 января 2007 г. РОССИЙСКАЯ ФЕДЕРАЦИЯ ФЕДЕРАЛЬНЫЙ ЗАКОН О ратификации Протокола о внесении изменений в Соглашение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 от 12 января 2007 г. Принят Государственной Думой 20 марта 2019 года Одобрен Советом Федерации 27 марта 2019 года Ратифицировать Протокол о внесении изменений в Соглашение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 от 12 января 2007 г., подписанный в городе Москве 10 октября 2018 года. Президент Российской Федерации В.Путин Москва, Кремль 1 апреля 2019 года № 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