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40 и 75 Федерального закона "Об акционерных обществах"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